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28278" w14:textId="6A8040FD" w:rsidR="007163F0" w:rsidRPr="00B92717" w:rsidRDefault="007163F0" w:rsidP="00915EEA">
      <w:pPr>
        <w:adjustRightInd w:val="0"/>
        <w:snapToGrid w:val="0"/>
        <w:spacing w:after="0" w:line="300" w:lineRule="exact"/>
        <w:jc w:val="center"/>
        <w:rPr>
          <w:rFonts w:ascii="BIZ UDゴシック" w:eastAsia="BIZ UDゴシック" w:hAnsi="BIZ UDゴシック"/>
          <w:b/>
          <w:color w:val="FF0000"/>
          <w:sz w:val="28"/>
          <w:szCs w:val="28"/>
          <w:lang w:eastAsia="ja-JP"/>
        </w:rPr>
      </w:pPr>
      <w:r w:rsidRPr="00B92717">
        <w:rPr>
          <w:rFonts w:ascii="BIZ UDゴシック" w:eastAsia="BIZ UDゴシック" w:hAnsi="BIZ UDゴシック"/>
          <w:b/>
          <w:noProof/>
          <w:color w:val="FF0000"/>
          <w:sz w:val="28"/>
          <w:szCs w:val="28"/>
          <w:lang w:eastAsia="ja-JP"/>
        </w:rPr>
        <mc:AlternateContent>
          <mc:Choice Requires="wps">
            <w:drawing>
              <wp:anchor distT="0" distB="0" distL="114300" distR="114300" simplePos="0" relativeHeight="251659264" behindDoc="0" locked="0" layoutInCell="1" allowOverlap="1" wp14:anchorId="1C1A695E" wp14:editId="11F5BADE">
                <wp:simplePos x="0" y="0"/>
                <wp:positionH relativeFrom="column">
                  <wp:posOffset>5137785</wp:posOffset>
                </wp:positionH>
                <wp:positionV relativeFrom="paragraph">
                  <wp:posOffset>-340360</wp:posOffset>
                </wp:positionV>
                <wp:extent cx="1019175" cy="321733"/>
                <wp:effectExtent l="0" t="0" r="28575" b="21590"/>
                <wp:wrapNone/>
                <wp:docPr id="1374914361" name="テキスト ボックス 1"/>
                <wp:cNvGraphicFramePr/>
                <a:graphic xmlns:a="http://schemas.openxmlformats.org/drawingml/2006/main">
                  <a:graphicData uri="http://schemas.microsoft.com/office/word/2010/wordprocessingShape">
                    <wps:wsp>
                      <wps:cNvSpPr txBox="1"/>
                      <wps:spPr>
                        <a:xfrm>
                          <a:off x="0" y="0"/>
                          <a:ext cx="1019175" cy="321733"/>
                        </a:xfrm>
                        <a:prstGeom prst="rect">
                          <a:avLst/>
                        </a:prstGeom>
                        <a:solidFill>
                          <a:schemeClr val="lt1"/>
                        </a:solidFill>
                        <a:ln w="6350">
                          <a:solidFill>
                            <a:prstClr val="black"/>
                          </a:solidFill>
                        </a:ln>
                      </wps:spPr>
                      <wps:txbx>
                        <w:txbxContent>
                          <w:p w14:paraId="483F9016" w14:textId="72C7D8F1" w:rsidR="007163F0" w:rsidRPr="00B92717" w:rsidRDefault="007163F0" w:rsidP="00B92717">
                            <w:pPr>
                              <w:spacing w:line="240" w:lineRule="auto"/>
                              <w:rPr>
                                <w:rFonts w:ascii="ＭＳ ゴシック" w:eastAsia="ＭＳ ゴシック" w:hAnsi="ＭＳ ゴシック" w:cs="ＭＳ 明朝"/>
                                <w:b/>
                                <w:bCs/>
                                <w:sz w:val="28"/>
                                <w:szCs w:val="28"/>
                                <w:lang w:eastAsia="ja-JP"/>
                              </w:rPr>
                            </w:pPr>
                            <w:r>
                              <w:rPr>
                                <w:rFonts w:ascii="ＭＳ ゴシック" w:eastAsia="ＭＳ ゴシック" w:hAnsi="ＭＳ ゴシック" w:cs="ＭＳ 明朝" w:hint="eastAsia"/>
                                <w:b/>
                                <w:bCs/>
                                <w:sz w:val="28"/>
                                <w:szCs w:val="28"/>
                                <w:lang w:eastAsia="ja-JP"/>
                              </w:rPr>
                              <w:t>経済</w:t>
                            </w:r>
                            <w:r w:rsidRPr="00B92717">
                              <w:rPr>
                                <w:rFonts w:ascii="ＭＳ ゴシック" w:eastAsia="ＭＳ ゴシック" w:hAnsi="ＭＳ ゴシック" w:cs="ＭＳ 明朝" w:hint="eastAsia"/>
                                <w:b/>
                                <w:bCs/>
                                <w:sz w:val="28"/>
                                <w:szCs w:val="28"/>
                                <w:lang w:eastAsia="ja-JP"/>
                              </w:rPr>
                              <w:t>分野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A695E" id="_x0000_t202" coordsize="21600,21600" o:spt="202" path="m,l,21600r21600,l21600,xe">
                <v:stroke joinstyle="miter"/>
                <v:path gradientshapeok="t" o:connecttype="rect"/>
              </v:shapetype>
              <v:shape id="テキスト ボックス 1" o:spid="_x0000_s1026" type="#_x0000_t202" style="position:absolute;left:0;text-align:left;margin-left:404.55pt;margin-top:-26.8pt;width:80.25pt;height:2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" fillcolor="white [3201]" strokeweight=".5pt">
                <v:textbox>
                  <w:txbxContent>
                    <w:p w14:paraId="483F9016" w14:textId="72C7D8F1" w:rsidR="007163F0" w:rsidRPr="00B92717" w:rsidRDefault="007163F0" w:rsidP="00B92717">
                      <w:pPr>
                        <w:spacing w:line="240" w:lineRule="auto"/>
                        <w:rPr>
                          <w:rFonts w:ascii="ＭＳ ゴシック" w:eastAsia="ＭＳ ゴシック" w:hAnsi="ＭＳ ゴシック" w:cs="ＭＳ 明朝"/>
                          <w:b/>
                          <w:bCs/>
                          <w:sz w:val="28"/>
                          <w:szCs w:val="28"/>
                          <w:lang w:eastAsia="ja-JP"/>
                        </w:rPr>
                      </w:pPr>
                      <w:r>
                        <w:rPr>
                          <w:rFonts w:ascii="ＭＳ ゴシック" w:eastAsia="ＭＳ ゴシック" w:hAnsi="ＭＳ ゴシック" w:cs="ＭＳ 明朝" w:hint="eastAsia"/>
                          <w:b/>
                          <w:bCs/>
                          <w:sz w:val="28"/>
                          <w:szCs w:val="28"/>
                          <w:lang w:eastAsia="ja-JP"/>
                        </w:rPr>
                        <w:t>経済</w:t>
                      </w:r>
                      <w:r w:rsidRPr="00B92717">
                        <w:rPr>
                          <w:rFonts w:ascii="ＭＳ ゴシック" w:eastAsia="ＭＳ ゴシック" w:hAnsi="ＭＳ ゴシック" w:cs="ＭＳ 明朝" w:hint="eastAsia"/>
                          <w:b/>
                          <w:bCs/>
                          <w:sz w:val="28"/>
                          <w:szCs w:val="28"/>
                          <w:lang w:eastAsia="ja-JP"/>
                        </w:rPr>
                        <w:t>分野</w:t>
                      </w:r>
                    </w:p>
                  </w:txbxContent>
                </v:textbox>
              </v:shape>
            </w:pict>
          </mc:Fallback>
        </mc:AlternateContent>
      </w:r>
    </w:p>
    <w:p w14:paraId="012D9D78" w14:textId="7EC43427" w:rsidR="00947B11" w:rsidRPr="00B92717" w:rsidRDefault="00330D11" w:rsidP="00915EEA">
      <w:pPr>
        <w:adjustRightInd w:val="0"/>
        <w:snapToGrid w:val="0"/>
        <w:spacing w:after="0" w:line="300" w:lineRule="exact"/>
        <w:jc w:val="center"/>
        <w:rPr>
          <w:rFonts w:ascii="BIZ UDゴシック" w:eastAsia="BIZ UDゴシック" w:hAnsi="BIZ UDゴシック"/>
          <w:sz w:val="28"/>
          <w:szCs w:val="28"/>
          <w:lang w:eastAsia="ja-JP"/>
        </w:rPr>
      </w:pPr>
      <w:r w:rsidRPr="00B92717">
        <w:rPr>
          <w:rFonts w:ascii="BIZ UDゴシック" w:eastAsia="BIZ UDゴシック" w:hAnsi="BIZ UDゴシック"/>
          <w:b/>
          <w:sz w:val="28"/>
          <w:szCs w:val="28"/>
          <w:lang w:eastAsia="ja-JP"/>
        </w:rPr>
        <w:t>応募様式</w:t>
      </w:r>
      <w:r w:rsidR="007163F0" w:rsidRPr="00B92717">
        <w:rPr>
          <w:rFonts w:ascii="BIZ UDゴシック" w:eastAsia="BIZ UDゴシック" w:hAnsi="BIZ UDゴシック" w:hint="eastAsia"/>
          <w:b/>
          <w:sz w:val="28"/>
          <w:szCs w:val="28"/>
          <w:lang w:eastAsia="ja-JP"/>
        </w:rPr>
        <w:t>Ａ［分野１、２］</w:t>
      </w:r>
    </w:p>
    <w:p w14:paraId="7ACE939D" w14:textId="77777777" w:rsidR="00915EEA" w:rsidRPr="00706C5D" w:rsidRDefault="00915EEA" w:rsidP="00915EEA">
      <w:pPr>
        <w:adjustRightInd w:val="0"/>
        <w:snapToGrid w:val="0"/>
        <w:spacing w:after="0" w:line="300" w:lineRule="exact"/>
        <w:jc w:val="right"/>
        <w:rPr>
          <w:rFonts w:ascii="BIZ UDゴシック" w:eastAsia="BIZ UDゴシック" w:hAnsi="BIZ UDゴシック"/>
          <w:sz w:val="24"/>
          <w:szCs w:val="24"/>
          <w:lang w:eastAsia="ja-JP"/>
        </w:rPr>
      </w:pPr>
    </w:p>
    <w:p w14:paraId="4DFEB585" w14:textId="4EDC7703" w:rsidR="00947B11" w:rsidRPr="00706C5D" w:rsidRDefault="00330D11" w:rsidP="00915EEA">
      <w:pPr>
        <w:adjustRightInd w:val="0"/>
        <w:snapToGrid w:val="0"/>
        <w:spacing w:after="0" w:line="300" w:lineRule="exact"/>
        <w:jc w:val="right"/>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rPr>
        <w:t>提出日：令和８年　月　日</w:t>
      </w:r>
    </w:p>
    <w:p w14:paraId="7FD283D5" w14:textId="77777777" w:rsidR="00915EEA" w:rsidRPr="00706C5D" w:rsidRDefault="00915EEA" w:rsidP="00915EEA">
      <w:pPr>
        <w:adjustRightInd w:val="0"/>
        <w:snapToGrid w:val="0"/>
        <w:spacing w:after="0" w:line="300" w:lineRule="exact"/>
        <w:jc w:val="right"/>
        <w:rPr>
          <w:rFonts w:ascii="BIZ UDゴシック" w:eastAsia="BIZ UDゴシック" w:hAnsi="BIZ UDゴシック"/>
          <w:sz w:val="24"/>
          <w:szCs w:val="24"/>
          <w:lang w:eastAsia="ja-JP"/>
        </w:rPr>
      </w:pPr>
    </w:p>
    <w:p w14:paraId="3F86A09C" w14:textId="77777777" w:rsidR="00947B11" w:rsidRPr="00706C5D" w:rsidRDefault="00330D11" w:rsidP="00915EEA">
      <w:pPr>
        <w:adjustRightInd w:val="0"/>
        <w:snapToGrid w:val="0"/>
        <w:spacing w:after="0" w:line="300" w:lineRule="exact"/>
        <w:ind w:left="240" w:hangingChars="100" w:hanging="240"/>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lang w:eastAsia="ja-JP"/>
        </w:rPr>
        <w:t>※本様式は、地域産業クラスター計画の企業リスト作成、計画内容の精査及び必要な伴走支援の検討に使用します。売上高、取引額、投資額等の個社情報は、原則として公表しません。</w:t>
      </w:r>
    </w:p>
    <w:p w14:paraId="2ACC5831" w14:textId="455173F7" w:rsidR="00947B11" w:rsidRPr="00706C5D" w:rsidRDefault="00330D11" w:rsidP="00915EEA">
      <w:pPr>
        <w:adjustRightInd w:val="0"/>
        <w:snapToGrid w:val="0"/>
        <w:spacing w:after="0" w:line="300" w:lineRule="exact"/>
        <w:ind w:left="240" w:hangingChars="100" w:hanging="240"/>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lang w:eastAsia="ja-JP"/>
        </w:rPr>
        <w:t>※金額は税抜</w:t>
      </w:r>
      <w:r w:rsidR="00D63A04">
        <w:rPr>
          <w:rFonts w:ascii="BIZ UDゴシック" w:eastAsia="BIZ UDゴシック" w:hAnsi="BIZ UDゴシック" w:hint="eastAsia"/>
          <w:sz w:val="24"/>
          <w:szCs w:val="24"/>
          <w:lang w:eastAsia="ja-JP"/>
        </w:rPr>
        <w:t>で記載してください。売上高・仕入高等は</w:t>
      </w:r>
      <w:r w:rsidRPr="00706C5D">
        <w:rPr>
          <w:rFonts w:ascii="BIZ UDゴシック" w:eastAsia="BIZ UDゴシック" w:hAnsi="BIZ UDゴシック"/>
          <w:sz w:val="24"/>
          <w:szCs w:val="24"/>
          <w:lang w:eastAsia="ja-JP"/>
        </w:rPr>
        <w:t>直近決算期ベースを基本とします。算出が難しい項目は概算で差し支えありません。</w:t>
      </w:r>
    </w:p>
    <w:p w14:paraId="26F21B80" w14:textId="77777777" w:rsidR="00915EEA" w:rsidRPr="00706C5D" w:rsidRDefault="00915EEA" w:rsidP="00915EEA">
      <w:pPr>
        <w:adjustRightInd w:val="0"/>
        <w:snapToGrid w:val="0"/>
        <w:spacing w:after="0" w:line="300" w:lineRule="exact"/>
        <w:ind w:left="240" w:hangingChars="100" w:hanging="240"/>
        <w:rPr>
          <w:rFonts w:ascii="BIZ UDゴシック" w:eastAsia="BIZ UDゴシック" w:hAnsi="BIZ UDゴシック"/>
          <w:sz w:val="24"/>
          <w:szCs w:val="24"/>
          <w:lang w:eastAsia="ja-JP"/>
        </w:rPr>
      </w:pPr>
    </w:p>
    <w:p w14:paraId="7C600944" w14:textId="6952BD9B" w:rsidR="00947B11" w:rsidRPr="00706C5D" w:rsidRDefault="00330D11" w:rsidP="00915EEA">
      <w:pPr>
        <w:adjustRightInd w:val="0"/>
        <w:snapToGrid w:val="0"/>
        <w:spacing w:after="0" w:line="300" w:lineRule="exact"/>
        <w:rPr>
          <w:rFonts w:ascii="BIZ UDゴシック" w:eastAsia="BIZ UDゴシック" w:hAnsi="BIZ UDゴシック"/>
          <w:b/>
          <w:sz w:val="24"/>
          <w:szCs w:val="24"/>
          <w:lang w:eastAsia="ja-JP"/>
        </w:rPr>
      </w:pPr>
      <w:r w:rsidRPr="00706C5D">
        <w:rPr>
          <w:rFonts w:ascii="BIZ UDゴシック" w:eastAsia="BIZ UDゴシック" w:hAnsi="BIZ UDゴシック"/>
          <w:b/>
          <w:sz w:val="24"/>
          <w:szCs w:val="24"/>
          <w:lang w:eastAsia="ja-JP"/>
        </w:rPr>
        <w:t>１　応募区分</w:t>
      </w:r>
      <w:r w:rsidR="0033100C" w:rsidRPr="00706C5D">
        <w:rPr>
          <w:rFonts w:ascii="BIZ UDゴシック" w:eastAsia="BIZ UDゴシック" w:hAnsi="BIZ UDゴシック" w:hint="eastAsia"/>
          <w:b/>
          <w:sz w:val="24"/>
          <w:szCs w:val="24"/>
          <w:lang w:eastAsia="ja-JP"/>
        </w:rPr>
        <w:t>【必須】</w:t>
      </w:r>
    </w:p>
    <w:p w14:paraId="75A078ED" w14:textId="395C6324" w:rsidR="00FB1A27" w:rsidRPr="00706C5D" w:rsidRDefault="00AD6D9D" w:rsidP="00FB1A27">
      <w:pPr>
        <w:adjustRightInd w:val="0"/>
        <w:snapToGrid w:val="0"/>
        <w:spacing w:after="0" w:line="300" w:lineRule="exact"/>
        <w:ind w:firstLineChars="200" w:firstLine="480"/>
        <w:rPr>
          <w:rFonts w:ascii="BIZ UDゴシック" w:eastAsia="BIZ UDゴシック" w:hAnsi="BIZ UDゴシック"/>
          <w:sz w:val="24"/>
          <w:szCs w:val="24"/>
          <w:lang w:eastAsia="ja-JP"/>
        </w:rPr>
      </w:pPr>
      <w:r w:rsidRPr="00706C5D">
        <w:rPr>
          <w:rFonts w:ascii="BIZ UDゴシック" w:eastAsia="BIZ UDゴシック" w:hAnsi="BIZ UDゴシック" w:hint="eastAsia"/>
          <w:sz w:val="24"/>
          <w:szCs w:val="24"/>
          <w:lang w:eastAsia="ja-JP"/>
        </w:rPr>
        <w:t>該当する分野を</w:t>
      </w:r>
      <w:r w:rsidR="00FB1A27" w:rsidRPr="00706C5D">
        <w:rPr>
          <w:rFonts w:ascii="BIZ UDゴシック" w:eastAsia="BIZ UDゴシック" w:hAnsi="BIZ UDゴシック" w:hint="eastAsia"/>
          <w:sz w:val="24"/>
          <w:szCs w:val="24"/>
          <w:lang w:eastAsia="ja-JP"/>
        </w:rPr>
        <w:t>選択してください。</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72"/>
        <w:gridCol w:w="7257"/>
      </w:tblGrid>
      <w:tr w:rsidR="00947B11" w:rsidRPr="00706C5D" w14:paraId="560093F3" w14:textId="77777777" w:rsidTr="007C511C">
        <w:trPr>
          <w:cantSplit/>
          <w:jc w:val="center"/>
        </w:trPr>
        <w:tc>
          <w:tcPr>
            <w:tcW w:w="2405" w:type="dxa"/>
            <w:shd w:val="clear" w:color="auto" w:fill="FDE9D9" w:themeFill="accent6" w:themeFillTint="33"/>
            <w:vAlign w:val="center"/>
          </w:tcPr>
          <w:p w14:paraId="0B50821F"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応募する分野</w:t>
            </w:r>
            <w:proofErr w:type="spellEnd"/>
          </w:p>
        </w:tc>
        <w:tc>
          <w:tcPr>
            <w:tcW w:w="7371" w:type="dxa"/>
            <w:vAlign w:val="center"/>
          </w:tcPr>
          <w:p w14:paraId="5EE8FA7B" w14:textId="0519B3BD" w:rsidR="00FB1A27" w:rsidRPr="00B92717" w:rsidRDefault="00941523" w:rsidP="00915EEA">
            <w:pPr>
              <w:adjustRightInd w:val="0"/>
              <w:snapToGrid w:val="0"/>
              <w:spacing w:after="0" w:line="300" w:lineRule="exact"/>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1547749638"/>
                <w14:checkbox>
                  <w14:checked w14:val="0"/>
                  <w14:checkedState w14:val="00FE" w14:font="Wingdings"/>
                  <w14:uncheckedState w14:val="2610" w14:font="ＭＳ ゴシック"/>
                </w14:checkbox>
              </w:sdtPr>
              <w:sdtEndPr/>
              <w:sdtContent>
                <w:r w:rsidR="005E5730" w:rsidRPr="00706C5D">
                  <w:rPr>
                    <w:rFonts w:ascii="ＭＳ ゴシック" w:eastAsia="ＭＳ ゴシック" w:hAnsi="ＭＳ ゴシック" w:hint="eastAsia"/>
                    <w:sz w:val="24"/>
                    <w:szCs w:val="24"/>
                    <w:lang w:eastAsia="ja-JP"/>
                  </w:rPr>
                  <w:t>☐</w:t>
                </w:r>
              </w:sdtContent>
            </w:sdt>
            <w:r w:rsidR="0024350E" w:rsidRPr="00706C5D">
              <w:rPr>
                <w:rFonts w:ascii="BIZ UDゴシック" w:eastAsia="BIZ UDゴシック" w:hAnsi="BIZ UDゴシック"/>
                <w:sz w:val="24"/>
                <w:szCs w:val="24"/>
                <w:lang w:eastAsia="ja-JP"/>
              </w:rPr>
              <w:t xml:space="preserve"> </w:t>
            </w:r>
            <w:r w:rsidR="007163F0" w:rsidRPr="00B92717">
              <w:rPr>
                <w:rFonts w:ascii="BIZ UDゴシック" w:eastAsia="BIZ UDゴシック" w:hAnsi="BIZ UDゴシック" w:hint="eastAsia"/>
                <w:sz w:val="24"/>
                <w:szCs w:val="24"/>
                <w:lang w:eastAsia="ja-JP"/>
              </w:rPr>
              <w:t xml:space="preserve">分野１　</w:t>
            </w:r>
            <w:r w:rsidR="0024350E" w:rsidRPr="00B92717">
              <w:rPr>
                <w:rFonts w:ascii="BIZ UDゴシック" w:eastAsia="BIZ UDゴシック" w:hAnsi="BIZ UDゴシック"/>
                <w:sz w:val="24"/>
                <w:szCs w:val="24"/>
                <w:lang w:eastAsia="ja-JP"/>
              </w:rPr>
              <w:t>海洋関連産業分野</w:t>
            </w:r>
          </w:p>
          <w:p w14:paraId="10156AA3" w14:textId="5929983B" w:rsidR="00FB1A27" w:rsidRPr="00B92717" w:rsidRDefault="00941523" w:rsidP="00915EEA">
            <w:pPr>
              <w:adjustRightInd w:val="0"/>
              <w:snapToGrid w:val="0"/>
              <w:spacing w:after="0" w:line="300" w:lineRule="exact"/>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907070067"/>
                <w14:checkbox>
                  <w14:checked w14:val="0"/>
                  <w14:checkedState w14:val="00FE" w14:font="Wingdings"/>
                  <w14:uncheckedState w14:val="2610" w14:font="ＭＳ ゴシック"/>
                </w14:checkbox>
              </w:sdtPr>
              <w:sdtEndPr/>
              <w:sdtContent>
                <w:r w:rsidR="005E5730" w:rsidRPr="00B92717">
                  <w:rPr>
                    <w:rFonts w:ascii="ＭＳ ゴシック" w:eastAsia="ＭＳ ゴシック" w:hAnsi="ＭＳ ゴシック" w:hint="eastAsia"/>
                    <w:sz w:val="24"/>
                    <w:szCs w:val="24"/>
                    <w:lang w:eastAsia="ja-JP"/>
                  </w:rPr>
                  <w:t>☐</w:t>
                </w:r>
              </w:sdtContent>
            </w:sdt>
            <w:r w:rsidR="005E5730" w:rsidRPr="00B92717">
              <w:rPr>
                <w:rFonts w:ascii="BIZ UDゴシック" w:eastAsia="BIZ UDゴシック" w:hAnsi="BIZ UDゴシック" w:hint="eastAsia"/>
                <w:sz w:val="24"/>
                <w:szCs w:val="24"/>
                <w:lang w:eastAsia="ja-JP"/>
              </w:rPr>
              <w:t xml:space="preserve"> </w:t>
            </w:r>
            <w:r w:rsidR="007163F0" w:rsidRPr="00B92717">
              <w:rPr>
                <w:rFonts w:ascii="BIZ UDゴシック" w:eastAsia="BIZ UDゴシック" w:hAnsi="BIZ UDゴシック" w:hint="eastAsia"/>
                <w:sz w:val="24"/>
                <w:szCs w:val="24"/>
                <w:lang w:eastAsia="ja-JP"/>
              </w:rPr>
              <w:t xml:space="preserve">分野２　</w:t>
            </w:r>
            <w:r w:rsidR="005E5730" w:rsidRPr="00B92717">
              <w:rPr>
                <w:rFonts w:ascii="BIZ UDゴシック" w:eastAsia="BIZ UDゴシック" w:hAnsi="BIZ UDゴシック"/>
                <w:sz w:val="24"/>
                <w:szCs w:val="24"/>
                <w:lang w:eastAsia="ja-JP"/>
              </w:rPr>
              <w:t>紙・素材関連産業分野</w:t>
            </w:r>
          </w:p>
          <w:p w14:paraId="2A9CA206" w14:textId="749F5052" w:rsidR="00947B11" w:rsidRPr="00706C5D" w:rsidRDefault="00AD6D9D" w:rsidP="00AD6D9D">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cs="ＭＳ 明朝" w:hint="eastAsia"/>
                <w:sz w:val="24"/>
                <w:szCs w:val="24"/>
                <w:lang w:eastAsia="ja-JP"/>
              </w:rPr>
              <w:t>※</w:t>
            </w:r>
            <w:r w:rsidR="005E5730" w:rsidRPr="00706C5D">
              <w:rPr>
                <w:rFonts w:ascii="BIZ UDゴシック" w:eastAsia="BIZ UDゴシック" w:hAnsi="BIZ UDゴシック" w:cs="ＭＳ 明朝" w:hint="eastAsia"/>
                <w:sz w:val="24"/>
                <w:szCs w:val="24"/>
                <w:lang w:eastAsia="ja-JP"/>
              </w:rPr>
              <w:t>両分野</w:t>
            </w:r>
            <w:r w:rsidRPr="00706C5D">
              <w:rPr>
                <w:rFonts w:ascii="BIZ UDゴシック" w:eastAsia="BIZ UDゴシック" w:hAnsi="BIZ UDゴシック" w:cs="ＭＳ 明朝" w:hint="eastAsia"/>
                <w:sz w:val="24"/>
                <w:szCs w:val="24"/>
                <w:lang w:eastAsia="ja-JP"/>
              </w:rPr>
              <w:t>への応募も可能です。</w:t>
            </w:r>
          </w:p>
        </w:tc>
      </w:tr>
    </w:tbl>
    <w:p w14:paraId="09DB33D3" w14:textId="77777777" w:rsidR="00FB1A27" w:rsidRPr="00706C5D" w:rsidRDefault="00FB1A27" w:rsidP="00915EEA">
      <w:pPr>
        <w:adjustRightInd w:val="0"/>
        <w:snapToGrid w:val="0"/>
        <w:spacing w:after="0" w:line="300" w:lineRule="exact"/>
        <w:rPr>
          <w:rFonts w:ascii="BIZ UDゴシック" w:eastAsia="BIZ UDゴシック" w:hAnsi="BIZ UDゴシック"/>
          <w:b/>
          <w:sz w:val="24"/>
          <w:szCs w:val="24"/>
          <w:lang w:eastAsia="ja-JP"/>
        </w:rPr>
      </w:pPr>
    </w:p>
    <w:p w14:paraId="2A5AF453" w14:textId="7E3EE25E" w:rsidR="00947B11" w:rsidRPr="00706C5D" w:rsidRDefault="00330D11" w:rsidP="00915EEA">
      <w:pPr>
        <w:adjustRightInd w:val="0"/>
        <w:snapToGrid w:val="0"/>
        <w:spacing w:after="0" w:line="300" w:lineRule="exact"/>
        <w:rPr>
          <w:rFonts w:ascii="BIZ UDゴシック" w:eastAsia="BIZ UDゴシック" w:hAnsi="BIZ UDゴシック"/>
          <w:b/>
          <w:sz w:val="24"/>
          <w:szCs w:val="24"/>
          <w:lang w:eastAsia="ja-JP"/>
        </w:rPr>
      </w:pPr>
      <w:r w:rsidRPr="00706C5D">
        <w:rPr>
          <w:rFonts w:ascii="BIZ UDゴシック" w:eastAsia="BIZ UDゴシック" w:hAnsi="BIZ UDゴシック"/>
          <w:b/>
          <w:sz w:val="24"/>
          <w:szCs w:val="24"/>
          <w:lang w:eastAsia="ja-JP"/>
        </w:rPr>
        <w:t>２　企業情報</w:t>
      </w:r>
      <w:r w:rsidR="0033100C" w:rsidRPr="00706C5D">
        <w:rPr>
          <w:rFonts w:ascii="BIZ UDゴシック" w:eastAsia="BIZ UDゴシック" w:hAnsi="BIZ UDゴシック" w:hint="eastAsia"/>
          <w:b/>
          <w:sz w:val="24"/>
          <w:szCs w:val="24"/>
          <w:lang w:eastAsia="ja-JP"/>
        </w:rPr>
        <w:t>【必須】</w:t>
      </w:r>
    </w:p>
    <w:p w14:paraId="002B9470" w14:textId="5392D05E" w:rsidR="00FB1A27" w:rsidRPr="00706C5D" w:rsidRDefault="00FB1A27" w:rsidP="00FB1A27">
      <w:pPr>
        <w:adjustRightInd w:val="0"/>
        <w:snapToGrid w:val="0"/>
        <w:spacing w:after="0" w:line="300" w:lineRule="exact"/>
        <w:ind w:firstLineChars="200" w:firstLine="480"/>
        <w:rPr>
          <w:rFonts w:ascii="BIZ UDゴシック" w:eastAsia="BIZ UDゴシック" w:hAnsi="BIZ UDゴシック"/>
          <w:sz w:val="24"/>
          <w:szCs w:val="24"/>
          <w:lang w:eastAsia="ja-JP"/>
        </w:rPr>
      </w:pPr>
      <w:r w:rsidRPr="00706C5D">
        <w:rPr>
          <w:rFonts w:ascii="BIZ UDゴシック" w:eastAsia="BIZ UDゴシック" w:hAnsi="BIZ UDゴシック" w:hint="eastAsia"/>
          <w:sz w:val="24"/>
          <w:szCs w:val="24"/>
          <w:lang w:eastAsia="ja-JP"/>
        </w:rPr>
        <w:t>各項目を記載してください。</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72"/>
        <w:gridCol w:w="7257"/>
      </w:tblGrid>
      <w:tr w:rsidR="00947B11" w:rsidRPr="00706C5D" w14:paraId="522F1CD2" w14:textId="77777777" w:rsidTr="007C511C">
        <w:trPr>
          <w:cantSplit/>
          <w:jc w:val="center"/>
        </w:trPr>
        <w:tc>
          <w:tcPr>
            <w:tcW w:w="2405" w:type="dxa"/>
            <w:shd w:val="clear" w:color="auto" w:fill="FDE9D9" w:themeFill="accent6" w:themeFillTint="33"/>
            <w:vAlign w:val="center"/>
          </w:tcPr>
          <w:p w14:paraId="7E5BDB2E"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企業名</w:t>
            </w:r>
            <w:proofErr w:type="spellEnd"/>
          </w:p>
        </w:tc>
        <w:tc>
          <w:tcPr>
            <w:tcW w:w="7386" w:type="dxa"/>
            <w:vAlign w:val="center"/>
          </w:tcPr>
          <w:p w14:paraId="2B33776E"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24F47B68"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22EA87EB" w14:textId="77777777" w:rsidTr="007C511C">
        <w:trPr>
          <w:cantSplit/>
          <w:jc w:val="center"/>
        </w:trPr>
        <w:tc>
          <w:tcPr>
            <w:tcW w:w="2405" w:type="dxa"/>
            <w:shd w:val="clear" w:color="auto" w:fill="FDE9D9" w:themeFill="accent6" w:themeFillTint="33"/>
            <w:vAlign w:val="center"/>
          </w:tcPr>
          <w:p w14:paraId="74718E89"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法人番号</w:t>
            </w:r>
            <w:proofErr w:type="spellEnd"/>
          </w:p>
        </w:tc>
        <w:tc>
          <w:tcPr>
            <w:tcW w:w="7386" w:type="dxa"/>
            <w:vAlign w:val="center"/>
          </w:tcPr>
          <w:p w14:paraId="43760D56"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11438246" w14:textId="77777777" w:rsidTr="007C511C">
        <w:trPr>
          <w:cantSplit/>
          <w:jc w:val="center"/>
        </w:trPr>
        <w:tc>
          <w:tcPr>
            <w:tcW w:w="2405" w:type="dxa"/>
            <w:shd w:val="clear" w:color="auto" w:fill="FDE9D9" w:themeFill="accent6" w:themeFillTint="33"/>
            <w:vAlign w:val="center"/>
          </w:tcPr>
          <w:p w14:paraId="1A6CF686"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本社所在地</w:t>
            </w:r>
            <w:proofErr w:type="spellEnd"/>
          </w:p>
        </w:tc>
        <w:tc>
          <w:tcPr>
            <w:tcW w:w="7386" w:type="dxa"/>
            <w:vAlign w:val="center"/>
          </w:tcPr>
          <w:p w14:paraId="1CF78A3A"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rPr>
              <w:t>〒</w:t>
            </w:r>
          </w:p>
          <w:p w14:paraId="15A88DC2"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613A3657"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16DD450F" w14:textId="77777777" w:rsidTr="007C511C">
        <w:trPr>
          <w:cantSplit/>
          <w:jc w:val="center"/>
        </w:trPr>
        <w:tc>
          <w:tcPr>
            <w:tcW w:w="2405" w:type="dxa"/>
            <w:shd w:val="clear" w:color="auto" w:fill="FDE9D9" w:themeFill="accent6" w:themeFillTint="33"/>
            <w:vAlign w:val="center"/>
          </w:tcPr>
          <w:p w14:paraId="65E962A9"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県内事業所所在地</w:t>
            </w:r>
            <w:proofErr w:type="spellEnd"/>
          </w:p>
        </w:tc>
        <w:tc>
          <w:tcPr>
            <w:tcW w:w="7386" w:type="dxa"/>
            <w:vAlign w:val="center"/>
          </w:tcPr>
          <w:p w14:paraId="5C49FDE5" w14:textId="77777777" w:rsidR="00FB1A27" w:rsidRPr="00706C5D" w:rsidRDefault="00330D11"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lang w:eastAsia="ja-JP"/>
              </w:rPr>
              <w:t>〒</w:t>
            </w:r>
          </w:p>
          <w:p w14:paraId="55873C29"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091FF33A"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457AE62E" w14:textId="401BE4A9" w:rsidR="00947B11" w:rsidRPr="00706C5D" w:rsidRDefault="00330D11" w:rsidP="00915EEA">
            <w:pPr>
              <w:adjustRightInd w:val="0"/>
              <w:snapToGrid w:val="0"/>
              <w:spacing w:after="0" w:line="300" w:lineRule="exact"/>
              <w:rPr>
                <w:rFonts w:ascii="BIZ UDゴシック" w:eastAsia="BIZ UDゴシック" w:hAnsi="BIZ UDゴシック"/>
                <w:sz w:val="20"/>
                <w:szCs w:val="20"/>
                <w:lang w:eastAsia="ja-JP"/>
              </w:rPr>
            </w:pPr>
            <w:r w:rsidRPr="00706C5D">
              <w:rPr>
                <w:rFonts w:ascii="BIZ UDゴシック" w:eastAsia="BIZ UDゴシック" w:hAnsi="BIZ UDゴシック"/>
                <w:sz w:val="20"/>
                <w:szCs w:val="20"/>
                <w:lang w:eastAsia="ja-JP"/>
              </w:rPr>
              <w:t>※本社と異なる場合、又は県内で新設・拡充を予定する場合に記載</w:t>
            </w:r>
          </w:p>
        </w:tc>
      </w:tr>
      <w:tr w:rsidR="00947B11" w:rsidRPr="00706C5D" w14:paraId="16B58E15" w14:textId="77777777" w:rsidTr="007C511C">
        <w:trPr>
          <w:cantSplit/>
          <w:jc w:val="center"/>
        </w:trPr>
        <w:tc>
          <w:tcPr>
            <w:tcW w:w="2405" w:type="dxa"/>
            <w:shd w:val="clear" w:color="auto" w:fill="FDE9D9" w:themeFill="accent6" w:themeFillTint="33"/>
            <w:vAlign w:val="center"/>
          </w:tcPr>
          <w:p w14:paraId="41AF1BD4" w14:textId="4C094715"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代表者職</w:t>
            </w:r>
            <w:proofErr w:type="spellEnd"/>
            <w:r w:rsidR="00472B97">
              <w:rPr>
                <w:rFonts w:ascii="BIZ UDゴシック" w:eastAsia="BIZ UDゴシック" w:hAnsi="BIZ UDゴシック" w:hint="eastAsia"/>
                <w:b/>
                <w:sz w:val="24"/>
                <w:szCs w:val="24"/>
                <w:lang w:eastAsia="ja-JP"/>
              </w:rPr>
              <w:t>・</w:t>
            </w:r>
            <w:proofErr w:type="spellStart"/>
            <w:r w:rsidRPr="00706C5D">
              <w:rPr>
                <w:rFonts w:ascii="BIZ UDゴシック" w:eastAsia="BIZ UDゴシック" w:hAnsi="BIZ UDゴシック"/>
                <w:b/>
                <w:sz w:val="24"/>
                <w:szCs w:val="24"/>
              </w:rPr>
              <w:t>氏名</w:t>
            </w:r>
            <w:proofErr w:type="spellEnd"/>
          </w:p>
        </w:tc>
        <w:tc>
          <w:tcPr>
            <w:tcW w:w="7386" w:type="dxa"/>
            <w:vAlign w:val="center"/>
          </w:tcPr>
          <w:p w14:paraId="51760387"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75CB6383"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42C80292" w14:textId="77777777" w:rsidTr="007C511C">
        <w:trPr>
          <w:cantSplit/>
          <w:jc w:val="center"/>
        </w:trPr>
        <w:tc>
          <w:tcPr>
            <w:tcW w:w="2405" w:type="dxa"/>
            <w:shd w:val="clear" w:color="auto" w:fill="FDE9D9" w:themeFill="accent6" w:themeFillTint="33"/>
            <w:vAlign w:val="center"/>
          </w:tcPr>
          <w:p w14:paraId="4E1867E9" w14:textId="4D3CB8DD"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主な業種</w:t>
            </w:r>
            <w:proofErr w:type="spellEnd"/>
            <w:r w:rsidR="00472B97">
              <w:rPr>
                <w:rFonts w:ascii="BIZ UDゴシック" w:eastAsia="BIZ UDゴシック" w:hAnsi="BIZ UDゴシック" w:hint="eastAsia"/>
                <w:b/>
                <w:sz w:val="24"/>
                <w:szCs w:val="24"/>
                <w:lang w:eastAsia="ja-JP"/>
              </w:rPr>
              <w:t>・</w:t>
            </w:r>
            <w:proofErr w:type="spellStart"/>
            <w:r w:rsidRPr="00706C5D">
              <w:rPr>
                <w:rFonts w:ascii="BIZ UDゴシック" w:eastAsia="BIZ UDゴシック" w:hAnsi="BIZ UDゴシック"/>
                <w:b/>
                <w:sz w:val="24"/>
                <w:szCs w:val="24"/>
              </w:rPr>
              <w:t>事業概要</w:t>
            </w:r>
            <w:proofErr w:type="spellEnd"/>
          </w:p>
        </w:tc>
        <w:tc>
          <w:tcPr>
            <w:tcW w:w="7386" w:type="dxa"/>
            <w:vAlign w:val="center"/>
          </w:tcPr>
          <w:p w14:paraId="760FB190" w14:textId="77777777" w:rsidR="007C511C" w:rsidRPr="00706C5D" w:rsidRDefault="007C511C" w:rsidP="00915EEA">
            <w:pPr>
              <w:adjustRightInd w:val="0"/>
              <w:snapToGrid w:val="0"/>
              <w:spacing w:after="0" w:line="300" w:lineRule="exact"/>
              <w:rPr>
                <w:rFonts w:ascii="BIZ UDゴシック" w:eastAsia="BIZ UDゴシック" w:hAnsi="BIZ UDゴシック"/>
                <w:sz w:val="24"/>
                <w:szCs w:val="24"/>
                <w:lang w:eastAsia="ja-JP"/>
              </w:rPr>
            </w:pPr>
          </w:p>
          <w:p w14:paraId="196C3ACA" w14:textId="77777777" w:rsidR="007C511C" w:rsidRPr="00706C5D" w:rsidRDefault="007C511C" w:rsidP="00915EEA">
            <w:pPr>
              <w:adjustRightInd w:val="0"/>
              <w:snapToGrid w:val="0"/>
              <w:spacing w:after="0" w:line="300" w:lineRule="exact"/>
              <w:rPr>
                <w:rFonts w:ascii="BIZ UDゴシック" w:eastAsia="BIZ UDゴシック" w:hAnsi="BIZ UDゴシック"/>
                <w:sz w:val="24"/>
                <w:szCs w:val="24"/>
                <w:lang w:eastAsia="ja-JP"/>
              </w:rPr>
            </w:pPr>
          </w:p>
          <w:p w14:paraId="19573CE6"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54938DFB" w14:textId="77777777" w:rsidTr="007C511C">
        <w:trPr>
          <w:cantSplit/>
          <w:jc w:val="center"/>
        </w:trPr>
        <w:tc>
          <w:tcPr>
            <w:tcW w:w="2405" w:type="dxa"/>
            <w:shd w:val="clear" w:color="auto" w:fill="FDE9D9" w:themeFill="accent6" w:themeFillTint="33"/>
            <w:vAlign w:val="center"/>
          </w:tcPr>
          <w:p w14:paraId="0E176BAA" w14:textId="61F0FB1C" w:rsidR="00947B11" w:rsidRPr="00472B97" w:rsidRDefault="00472B97" w:rsidP="00915EEA">
            <w:pPr>
              <w:adjustRightInd w:val="0"/>
              <w:snapToGrid w:val="0"/>
              <w:spacing w:after="0" w:line="300" w:lineRule="exact"/>
              <w:rPr>
                <w:rFonts w:ascii="BIZ UDゴシック" w:eastAsia="BIZ UDゴシック" w:hAnsi="BIZ UDゴシック"/>
                <w:b/>
                <w:bCs/>
                <w:sz w:val="24"/>
                <w:szCs w:val="24"/>
                <w:lang w:eastAsia="ja-JP"/>
              </w:rPr>
            </w:pPr>
            <w:r w:rsidRPr="00472B97">
              <w:rPr>
                <w:rFonts w:ascii="BIZ UDゴシック" w:eastAsia="BIZ UDゴシック" w:hAnsi="BIZ UDゴシック" w:hint="eastAsia"/>
                <w:b/>
                <w:bCs/>
                <w:sz w:val="24"/>
                <w:szCs w:val="24"/>
                <w:lang w:eastAsia="ja-JP"/>
              </w:rPr>
              <w:t>従業員数</w:t>
            </w:r>
          </w:p>
        </w:tc>
        <w:tc>
          <w:tcPr>
            <w:tcW w:w="7386" w:type="dxa"/>
            <w:vAlign w:val="center"/>
          </w:tcPr>
          <w:p w14:paraId="338A1D51" w14:textId="0FAA13C9" w:rsidR="00947B11" w:rsidRPr="00706C5D" w:rsidRDefault="00330D11"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lang w:eastAsia="ja-JP"/>
              </w:rPr>
              <w:t>全体</w:t>
            </w:r>
            <w:r w:rsidR="00FB1A27" w:rsidRPr="00706C5D">
              <w:rPr>
                <w:rFonts w:ascii="BIZ UDゴシック" w:eastAsia="BIZ UDゴシック" w:hAnsi="BIZ UDゴシック" w:hint="eastAsia"/>
                <w:sz w:val="24"/>
                <w:szCs w:val="24"/>
                <w:lang w:eastAsia="ja-JP"/>
              </w:rPr>
              <w:t xml:space="preserve">　　　</w:t>
            </w:r>
            <w:r w:rsidRPr="00706C5D">
              <w:rPr>
                <w:rFonts w:ascii="BIZ UDゴシック" w:eastAsia="BIZ UDゴシック" w:hAnsi="BIZ UDゴシック"/>
                <w:sz w:val="24"/>
                <w:szCs w:val="24"/>
                <w:lang w:eastAsia="ja-JP"/>
              </w:rPr>
              <w:t>人</w:t>
            </w:r>
            <w:r w:rsidR="00FB1A27" w:rsidRPr="00706C5D">
              <w:rPr>
                <w:rFonts w:ascii="BIZ UDゴシック" w:eastAsia="BIZ UDゴシック" w:hAnsi="BIZ UDゴシック" w:hint="eastAsia"/>
                <w:sz w:val="24"/>
                <w:szCs w:val="24"/>
                <w:lang w:eastAsia="ja-JP"/>
              </w:rPr>
              <w:t>(</w:t>
            </w:r>
            <w:r w:rsidRPr="00706C5D">
              <w:rPr>
                <w:rFonts w:ascii="BIZ UDゴシック" w:eastAsia="BIZ UDゴシック" w:hAnsi="BIZ UDゴシック"/>
                <w:sz w:val="24"/>
                <w:szCs w:val="24"/>
                <w:lang w:eastAsia="ja-JP"/>
              </w:rPr>
              <w:t>うち県内</w:t>
            </w:r>
            <w:r w:rsidR="00FB1A27" w:rsidRPr="00706C5D">
              <w:rPr>
                <w:rFonts w:ascii="BIZ UDゴシック" w:eastAsia="BIZ UDゴシック" w:hAnsi="BIZ UDゴシック" w:hint="eastAsia"/>
                <w:sz w:val="24"/>
                <w:szCs w:val="24"/>
                <w:lang w:eastAsia="ja-JP"/>
              </w:rPr>
              <w:t xml:space="preserve">　　</w:t>
            </w:r>
            <w:r w:rsidRPr="00706C5D">
              <w:rPr>
                <w:rFonts w:ascii="BIZ UDゴシック" w:eastAsia="BIZ UDゴシック" w:hAnsi="BIZ UDゴシック"/>
                <w:sz w:val="24"/>
                <w:szCs w:val="24"/>
                <w:lang w:eastAsia="ja-JP"/>
              </w:rPr>
              <w:t>人</w:t>
            </w:r>
            <w:r w:rsidR="00FB1A27" w:rsidRPr="00706C5D">
              <w:rPr>
                <w:rFonts w:ascii="BIZ UDゴシック" w:eastAsia="BIZ UDゴシック" w:hAnsi="BIZ UDゴシック" w:hint="eastAsia"/>
                <w:sz w:val="24"/>
                <w:szCs w:val="24"/>
                <w:lang w:eastAsia="ja-JP"/>
              </w:rPr>
              <w:t>)</w:t>
            </w:r>
          </w:p>
        </w:tc>
      </w:tr>
      <w:tr w:rsidR="00947B11" w:rsidRPr="00706C5D" w14:paraId="6BB43FD0" w14:textId="77777777" w:rsidTr="007C511C">
        <w:trPr>
          <w:cantSplit/>
          <w:jc w:val="center"/>
        </w:trPr>
        <w:tc>
          <w:tcPr>
            <w:tcW w:w="2405" w:type="dxa"/>
            <w:shd w:val="clear" w:color="auto" w:fill="FDE9D9" w:themeFill="accent6" w:themeFillTint="33"/>
            <w:vAlign w:val="center"/>
          </w:tcPr>
          <w:p w14:paraId="3BBAC30E" w14:textId="06CE9EF5"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ホームページ</w:t>
            </w:r>
            <w:r w:rsidR="00FB1A27" w:rsidRPr="00706C5D">
              <w:rPr>
                <w:rFonts w:ascii="BIZ UDゴシック" w:eastAsia="BIZ UDゴシック" w:hAnsi="BIZ UDゴシック" w:hint="eastAsia"/>
                <w:b/>
                <w:sz w:val="24"/>
                <w:szCs w:val="24"/>
                <w:lang w:eastAsia="ja-JP"/>
              </w:rPr>
              <w:t>URL</w:t>
            </w:r>
            <w:proofErr w:type="spellEnd"/>
          </w:p>
        </w:tc>
        <w:tc>
          <w:tcPr>
            <w:tcW w:w="7386" w:type="dxa"/>
            <w:vAlign w:val="center"/>
          </w:tcPr>
          <w:p w14:paraId="06D9C702"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rPr>
            </w:pPr>
          </w:p>
        </w:tc>
      </w:tr>
    </w:tbl>
    <w:p w14:paraId="2D859568" w14:textId="77777777" w:rsidR="007C73CB" w:rsidRPr="00706C5D" w:rsidRDefault="007C73CB" w:rsidP="00915EEA">
      <w:pPr>
        <w:adjustRightInd w:val="0"/>
        <w:snapToGrid w:val="0"/>
        <w:spacing w:after="0" w:line="300" w:lineRule="exact"/>
        <w:rPr>
          <w:rFonts w:ascii="BIZ UDゴシック" w:eastAsia="BIZ UDゴシック" w:hAnsi="BIZ UDゴシック"/>
          <w:b/>
          <w:sz w:val="24"/>
          <w:szCs w:val="24"/>
          <w:lang w:eastAsia="ja-JP"/>
        </w:rPr>
      </w:pPr>
    </w:p>
    <w:p w14:paraId="7D00EF37" w14:textId="3134C2DC" w:rsidR="00947B11" w:rsidRPr="00706C5D" w:rsidRDefault="00330D11" w:rsidP="00915EEA">
      <w:pPr>
        <w:adjustRightInd w:val="0"/>
        <w:snapToGrid w:val="0"/>
        <w:spacing w:after="0" w:line="300" w:lineRule="exact"/>
        <w:rPr>
          <w:rFonts w:ascii="BIZ UDゴシック" w:eastAsia="BIZ UDゴシック" w:hAnsi="BIZ UDゴシック"/>
          <w:b/>
          <w:sz w:val="24"/>
          <w:szCs w:val="24"/>
          <w:lang w:eastAsia="ja-JP"/>
        </w:rPr>
      </w:pPr>
      <w:r w:rsidRPr="00706C5D">
        <w:rPr>
          <w:rFonts w:ascii="BIZ UDゴシック" w:eastAsia="BIZ UDゴシック" w:hAnsi="BIZ UDゴシック"/>
          <w:b/>
          <w:sz w:val="24"/>
          <w:szCs w:val="24"/>
        </w:rPr>
        <w:t xml:space="preserve">３　</w:t>
      </w:r>
      <w:proofErr w:type="spellStart"/>
      <w:r w:rsidRPr="00706C5D">
        <w:rPr>
          <w:rFonts w:ascii="BIZ UDゴシック" w:eastAsia="BIZ UDゴシック" w:hAnsi="BIZ UDゴシック"/>
          <w:b/>
          <w:sz w:val="24"/>
          <w:szCs w:val="24"/>
        </w:rPr>
        <w:t>担当者情報</w:t>
      </w:r>
      <w:proofErr w:type="spellEnd"/>
      <w:r w:rsidR="0033100C" w:rsidRPr="00706C5D">
        <w:rPr>
          <w:rFonts w:ascii="BIZ UDゴシック" w:eastAsia="BIZ UDゴシック" w:hAnsi="BIZ UDゴシック" w:hint="eastAsia"/>
          <w:b/>
          <w:sz w:val="24"/>
          <w:szCs w:val="24"/>
          <w:lang w:eastAsia="ja-JP"/>
        </w:rPr>
        <w:t>【必須】</w:t>
      </w:r>
    </w:p>
    <w:p w14:paraId="07FAA561" w14:textId="00E318F1" w:rsidR="00FB1A27" w:rsidRPr="00706C5D" w:rsidRDefault="00FB1A27" w:rsidP="00FB1A27">
      <w:pPr>
        <w:adjustRightInd w:val="0"/>
        <w:snapToGrid w:val="0"/>
        <w:spacing w:after="0" w:line="300" w:lineRule="exact"/>
        <w:ind w:firstLineChars="200" w:firstLine="480"/>
        <w:rPr>
          <w:rFonts w:ascii="BIZ UDゴシック" w:eastAsia="BIZ UDゴシック" w:hAnsi="BIZ UDゴシック"/>
          <w:sz w:val="24"/>
          <w:szCs w:val="24"/>
          <w:lang w:eastAsia="ja-JP"/>
        </w:rPr>
      </w:pPr>
      <w:r w:rsidRPr="00706C5D">
        <w:rPr>
          <w:rFonts w:ascii="BIZ UDゴシック" w:eastAsia="BIZ UDゴシック" w:hAnsi="BIZ UDゴシック" w:hint="eastAsia"/>
          <w:sz w:val="24"/>
          <w:szCs w:val="24"/>
          <w:lang w:eastAsia="ja-JP"/>
        </w:rPr>
        <w:t>各項目を記載してください。</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78"/>
        <w:gridCol w:w="7251"/>
      </w:tblGrid>
      <w:tr w:rsidR="00947B11" w:rsidRPr="00706C5D" w14:paraId="665773B7" w14:textId="77777777" w:rsidTr="0033100C">
        <w:trPr>
          <w:cantSplit/>
          <w:jc w:val="center"/>
        </w:trPr>
        <w:tc>
          <w:tcPr>
            <w:tcW w:w="2410" w:type="dxa"/>
            <w:shd w:val="clear" w:color="auto" w:fill="FDE9D9" w:themeFill="accent6" w:themeFillTint="33"/>
            <w:vAlign w:val="center"/>
          </w:tcPr>
          <w:p w14:paraId="27E61D79"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所属・職名</w:t>
            </w:r>
            <w:proofErr w:type="spellEnd"/>
          </w:p>
        </w:tc>
        <w:tc>
          <w:tcPr>
            <w:tcW w:w="7386" w:type="dxa"/>
          </w:tcPr>
          <w:p w14:paraId="17136BD5"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4205749D"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470E158B" w14:textId="77777777" w:rsidTr="0033100C">
        <w:trPr>
          <w:cantSplit/>
          <w:jc w:val="center"/>
        </w:trPr>
        <w:tc>
          <w:tcPr>
            <w:tcW w:w="2410" w:type="dxa"/>
            <w:shd w:val="clear" w:color="auto" w:fill="FDE9D9" w:themeFill="accent6" w:themeFillTint="33"/>
            <w:vAlign w:val="center"/>
          </w:tcPr>
          <w:p w14:paraId="43FF14AA"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氏名</w:t>
            </w:r>
            <w:proofErr w:type="spellEnd"/>
          </w:p>
        </w:tc>
        <w:tc>
          <w:tcPr>
            <w:tcW w:w="7386" w:type="dxa"/>
          </w:tcPr>
          <w:p w14:paraId="64655D19"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2BC887CA"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35251EC1" w14:textId="77777777" w:rsidTr="0033100C">
        <w:trPr>
          <w:cantSplit/>
          <w:jc w:val="center"/>
        </w:trPr>
        <w:tc>
          <w:tcPr>
            <w:tcW w:w="2410" w:type="dxa"/>
            <w:shd w:val="clear" w:color="auto" w:fill="FDE9D9" w:themeFill="accent6" w:themeFillTint="33"/>
            <w:vAlign w:val="center"/>
          </w:tcPr>
          <w:p w14:paraId="025D4214"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電話番号</w:t>
            </w:r>
            <w:proofErr w:type="spellEnd"/>
          </w:p>
        </w:tc>
        <w:tc>
          <w:tcPr>
            <w:tcW w:w="7386" w:type="dxa"/>
          </w:tcPr>
          <w:p w14:paraId="4EBC9ECE"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063249B2" w14:textId="77777777" w:rsidTr="0033100C">
        <w:trPr>
          <w:cantSplit/>
          <w:jc w:val="center"/>
        </w:trPr>
        <w:tc>
          <w:tcPr>
            <w:tcW w:w="2410" w:type="dxa"/>
            <w:shd w:val="clear" w:color="auto" w:fill="FDE9D9" w:themeFill="accent6" w:themeFillTint="33"/>
            <w:vAlign w:val="center"/>
          </w:tcPr>
          <w:p w14:paraId="6C199B64"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メールアドレス</w:t>
            </w:r>
            <w:proofErr w:type="spellEnd"/>
          </w:p>
        </w:tc>
        <w:tc>
          <w:tcPr>
            <w:tcW w:w="7386" w:type="dxa"/>
          </w:tcPr>
          <w:p w14:paraId="2D6B3DE5"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bl>
    <w:p w14:paraId="0EDBA2F8" w14:textId="77777777" w:rsidR="007C73CB" w:rsidRDefault="007C73CB" w:rsidP="00915EEA">
      <w:pPr>
        <w:adjustRightInd w:val="0"/>
        <w:snapToGrid w:val="0"/>
        <w:spacing w:after="0" w:line="300" w:lineRule="exact"/>
        <w:rPr>
          <w:rFonts w:ascii="BIZ UDゴシック" w:eastAsia="BIZ UDゴシック" w:hAnsi="BIZ UDゴシック"/>
          <w:b/>
          <w:sz w:val="24"/>
          <w:szCs w:val="24"/>
          <w:lang w:eastAsia="ja-JP"/>
        </w:rPr>
      </w:pPr>
    </w:p>
    <w:p w14:paraId="3EABD984" w14:textId="77777777" w:rsidR="00AB6CEB" w:rsidRDefault="00AB6CEB" w:rsidP="00915EEA">
      <w:pPr>
        <w:adjustRightInd w:val="0"/>
        <w:snapToGrid w:val="0"/>
        <w:spacing w:after="0" w:line="300" w:lineRule="exact"/>
        <w:rPr>
          <w:rFonts w:ascii="BIZ UDゴシック" w:eastAsia="BIZ UDゴシック" w:hAnsi="BIZ UDゴシック"/>
          <w:b/>
          <w:sz w:val="24"/>
          <w:szCs w:val="24"/>
          <w:lang w:eastAsia="ja-JP"/>
        </w:rPr>
      </w:pPr>
    </w:p>
    <w:p w14:paraId="468FF821" w14:textId="77777777" w:rsidR="00AB6CEB" w:rsidRDefault="00AB6CEB" w:rsidP="00915EEA">
      <w:pPr>
        <w:adjustRightInd w:val="0"/>
        <w:snapToGrid w:val="0"/>
        <w:spacing w:after="0" w:line="300" w:lineRule="exact"/>
        <w:rPr>
          <w:rFonts w:ascii="BIZ UDゴシック" w:eastAsia="BIZ UDゴシック" w:hAnsi="BIZ UDゴシック"/>
          <w:b/>
          <w:sz w:val="24"/>
          <w:szCs w:val="24"/>
          <w:lang w:eastAsia="ja-JP"/>
        </w:rPr>
      </w:pPr>
    </w:p>
    <w:p w14:paraId="4CF5988D" w14:textId="77777777" w:rsidR="00AB6CEB" w:rsidRDefault="00AB6CEB" w:rsidP="00915EEA">
      <w:pPr>
        <w:adjustRightInd w:val="0"/>
        <w:snapToGrid w:val="0"/>
        <w:spacing w:after="0" w:line="300" w:lineRule="exact"/>
        <w:rPr>
          <w:rFonts w:ascii="BIZ UDゴシック" w:eastAsia="BIZ UDゴシック" w:hAnsi="BIZ UDゴシック"/>
          <w:b/>
          <w:sz w:val="24"/>
          <w:szCs w:val="24"/>
          <w:lang w:eastAsia="ja-JP"/>
        </w:rPr>
      </w:pPr>
    </w:p>
    <w:p w14:paraId="5241DA6D" w14:textId="4C630C4C" w:rsidR="00947B11" w:rsidRPr="00706C5D" w:rsidRDefault="00330D11" w:rsidP="00915EEA">
      <w:pPr>
        <w:adjustRightInd w:val="0"/>
        <w:snapToGrid w:val="0"/>
        <w:spacing w:after="0" w:line="300" w:lineRule="exact"/>
        <w:rPr>
          <w:rFonts w:ascii="BIZ UDゴシック" w:eastAsia="BIZ UDゴシック" w:hAnsi="BIZ UDゴシック"/>
          <w:b/>
          <w:sz w:val="24"/>
          <w:szCs w:val="24"/>
          <w:lang w:eastAsia="ja-JP"/>
        </w:rPr>
      </w:pPr>
      <w:r w:rsidRPr="00706C5D">
        <w:rPr>
          <w:rFonts w:ascii="BIZ UDゴシック" w:eastAsia="BIZ UDゴシック" w:hAnsi="BIZ UDゴシック"/>
          <w:b/>
          <w:sz w:val="24"/>
          <w:szCs w:val="24"/>
          <w:lang w:eastAsia="ja-JP"/>
        </w:rPr>
        <w:lastRenderedPageBreak/>
        <w:t>４　対象分野における事業内容・企業の強み</w:t>
      </w:r>
      <w:r w:rsidR="0033100C" w:rsidRPr="00706C5D">
        <w:rPr>
          <w:rFonts w:ascii="BIZ UDゴシック" w:eastAsia="BIZ UDゴシック" w:hAnsi="BIZ UDゴシック" w:hint="eastAsia"/>
          <w:b/>
          <w:sz w:val="24"/>
          <w:szCs w:val="24"/>
          <w:lang w:eastAsia="ja-JP"/>
        </w:rPr>
        <w:t>【必須】</w:t>
      </w:r>
    </w:p>
    <w:p w14:paraId="0F9C69EC" w14:textId="0A228D37" w:rsidR="00FB1A27" w:rsidRPr="00706C5D" w:rsidRDefault="00FB1A27" w:rsidP="00FB1A27">
      <w:pPr>
        <w:adjustRightInd w:val="0"/>
        <w:snapToGrid w:val="0"/>
        <w:spacing w:after="0" w:line="300" w:lineRule="exact"/>
        <w:ind w:firstLineChars="200" w:firstLine="480"/>
        <w:rPr>
          <w:rFonts w:ascii="BIZ UDゴシック" w:eastAsia="BIZ UDゴシック" w:hAnsi="BIZ UDゴシック"/>
          <w:sz w:val="24"/>
          <w:szCs w:val="24"/>
          <w:lang w:eastAsia="ja-JP"/>
        </w:rPr>
      </w:pPr>
      <w:r w:rsidRPr="00706C5D">
        <w:rPr>
          <w:rFonts w:ascii="BIZ UDゴシック" w:eastAsia="BIZ UDゴシック" w:hAnsi="BIZ UDゴシック" w:hint="eastAsia"/>
          <w:sz w:val="24"/>
          <w:szCs w:val="24"/>
          <w:lang w:eastAsia="ja-JP"/>
        </w:rPr>
        <w:t>各項目を記載してください。</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72"/>
        <w:gridCol w:w="7257"/>
      </w:tblGrid>
      <w:tr w:rsidR="00947B11" w:rsidRPr="00706C5D" w14:paraId="2186084F" w14:textId="77777777" w:rsidTr="0033100C">
        <w:trPr>
          <w:cantSplit/>
          <w:jc w:val="center"/>
        </w:trPr>
        <w:tc>
          <w:tcPr>
            <w:tcW w:w="2405" w:type="dxa"/>
            <w:shd w:val="clear" w:color="auto" w:fill="FDE9D9" w:themeFill="accent6" w:themeFillTint="33"/>
            <w:vAlign w:val="center"/>
          </w:tcPr>
          <w:p w14:paraId="43655A3E"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b/>
                <w:sz w:val="24"/>
                <w:szCs w:val="24"/>
                <w:lang w:eastAsia="ja-JP"/>
              </w:rPr>
              <w:t>主な製品・技術・サービス</w:t>
            </w:r>
          </w:p>
        </w:tc>
        <w:tc>
          <w:tcPr>
            <w:tcW w:w="7385" w:type="dxa"/>
          </w:tcPr>
          <w:p w14:paraId="4CC7BB55" w14:textId="77777777" w:rsidR="00947B11" w:rsidRPr="00706C5D" w:rsidRDefault="00330D11" w:rsidP="00915EEA">
            <w:pPr>
              <w:adjustRightInd w:val="0"/>
              <w:snapToGrid w:val="0"/>
              <w:spacing w:after="0" w:line="300" w:lineRule="exact"/>
              <w:rPr>
                <w:rFonts w:ascii="BIZ UDゴシック" w:eastAsia="BIZ UDゴシック" w:hAnsi="BIZ UDゴシック"/>
                <w:sz w:val="18"/>
                <w:szCs w:val="18"/>
                <w:lang w:eastAsia="ja-JP"/>
              </w:rPr>
            </w:pPr>
            <w:r w:rsidRPr="00706C5D">
              <w:rPr>
                <w:rFonts w:ascii="BIZ UDゴシック" w:eastAsia="BIZ UDゴシック" w:hAnsi="BIZ UDゴシック"/>
                <w:sz w:val="18"/>
                <w:szCs w:val="18"/>
                <w:lang w:eastAsia="ja-JP"/>
              </w:rPr>
              <w:t>対象分野に関係する主な製品、技術、サービスを記載してください。</w:t>
            </w:r>
          </w:p>
          <w:p w14:paraId="04FCF9F9"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5EE05362" w14:textId="77777777" w:rsidR="00FB1A27"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31D066E5" w14:textId="77777777" w:rsidR="007C73CB" w:rsidRDefault="007C73CB" w:rsidP="00915EEA">
            <w:pPr>
              <w:adjustRightInd w:val="0"/>
              <w:snapToGrid w:val="0"/>
              <w:spacing w:after="0" w:line="300" w:lineRule="exact"/>
              <w:rPr>
                <w:rFonts w:ascii="BIZ UDゴシック" w:eastAsia="BIZ UDゴシック" w:hAnsi="BIZ UDゴシック"/>
                <w:sz w:val="24"/>
                <w:szCs w:val="24"/>
                <w:lang w:eastAsia="ja-JP"/>
              </w:rPr>
            </w:pPr>
          </w:p>
          <w:p w14:paraId="0CF1000C" w14:textId="77777777" w:rsidR="007C73CB" w:rsidRPr="00706C5D" w:rsidRDefault="007C73CB" w:rsidP="00915EEA">
            <w:pPr>
              <w:adjustRightInd w:val="0"/>
              <w:snapToGrid w:val="0"/>
              <w:spacing w:after="0" w:line="300" w:lineRule="exact"/>
              <w:rPr>
                <w:rFonts w:ascii="BIZ UDゴシック" w:eastAsia="BIZ UDゴシック" w:hAnsi="BIZ UDゴシック"/>
                <w:sz w:val="24"/>
                <w:szCs w:val="24"/>
                <w:lang w:eastAsia="ja-JP"/>
              </w:rPr>
            </w:pPr>
          </w:p>
          <w:p w14:paraId="13556B4B" w14:textId="77777777" w:rsidR="00FB1A27"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61465B41"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16481E54"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2243E3C7" w14:textId="7E983A54"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398C52AD" w14:textId="77777777" w:rsidTr="0033100C">
        <w:trPr>
          <w:cantSplit/>
          <w:jc w:val="center"/>
        </w:trPr>
        <w:tc>
          <w:tcPr>
            <w:tcW w:w="2405" w:type="dxa"/>
            <w:shd w:val="clear" w:color="auto" w:fill="FDE9D9" w:themeFill="accent6" w:themeFillTint="33"/>
            <w:vAlign w:val="center"/>
          </w:tcPr>
          <w:p w14:paraId="2DF98F53"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県内での事業活動</w:t>
            </w:r>
            <w:proofErr w:type="spellEnd"/>
          </w:p>
        </w:tc>
        <w:tc>
          <w:tcPr>
            <w:tcW w:w="7385" w:type="dxa"/>
          </w:tcPr>
          <w:p w14:paraId="584F99C4" w14:textId="77777777" w:rsidR="00947B11" w:rsidRPr="00706C5D" w:rsidRDefault="00330D11" w:rsidP="00FB1A27">
            <w:pPr>
              <w:adjustRightInd w:val="0"/>
              <w:snapToGrid w:val="0"/>
              <w:spacing w:after="0" w:line="220" w:lineRule="exact"/>
              <w:rPr>
                <w:rFonts w:ascii="BIZ UDゴシック" w:eastAsia="BIZ UDゴシック" w:hAnsi="BIZ UDゴシック"/>
                <w:sz w:val="24"/>
                <w:szCs w:val="24"/>
                <w:lang w:eastAsia="ja-JP"/>
              </w:rPr>
            </w:pPr>
            <w:r w:rsidRPr="00706C5D">
              <w:rPr>
                <w:rFonts w:ascii="BIZ UDゴシック" w:eastAsia="BIZ UDゴシック" w:hAnsi="BIZ UDゴシック"/>
                <w:sz w:val="18"/>
                <w:szCs w:val="18"/>
                <w:lang w:eastAsia="ja-JP"/>
              </w:rPr>
              <w:t>県内で行っている製造、研究開発、設備、事業拠点、今後の拠点新設・拡充予定等を記載してください</w:t>
            </w:r>
            <w:r w:rsidRPr="00706C5D">
              <w:rPr>
                <w:rFonts w:ascii="BIZ UDゴシック" w:eastAsia="BIZ UDゴシック" w:hAnsi="BIZ UDゴシック"/>
                <w:sz w:val="24"/>
                <w:szCs w:val="24"/>
                <w:lang w:eastAsia="ja-JP"/>
              </w:rPr>
              <w:t>。</w:t>
            </w:r>
          </w:p>
          <w:p w14:paraId="02AAC701"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7C4E91F0"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0A1E6426" w14:textId="77777777" w:rsidR="00FB1A27"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2E94EE9F" w14:textId="77777777" w:rsidR="007C73CB" w:rsidRDefault="007C73CB" w:rsidP="00915EEA">
            <w:pPr>
              <w:adjustRightInd w:val="0"/>
              <w:snapToGrid w:val="0"/>
              <w:spacing w:after="0" w:line="300" w:lineRule="exact"/>
              <w:rPr>
                <w:rFonts w:ascii="BIZ UDゴシック" w:eastAsia="BIZ UDゴシック" w:hAnsi="BIZ UDゴシック"/>
                <w:sz w:val="24"/>
                <w:szCs w:val="24"/>
                <w:lang w:eastAsia="ja-JP"/>
              </w:rPr>
            </w:pPr>
          </w:p>
          <w:p w14:paraId="7D519016" w14:textId="77777777" w:rsidR="007C73CB" w:rsidRDefault="007C73CB" w:rsidP="00915EEA">
            <w:pPr>
              <w:adjustRightInd w:val="0"/>
              <w:snapToGrid w:val="0"/>
              <w:spacing w:after="0" w:line="300" w:lineRule="exact"/>
              <w:rPr>
                <w:rFonts w:ascii="BIZ UDゴシック" w:eastAsia="BIZ UDゴシック" w:hAnsi="BIZ UDゴシック"/>
                <w:sz w:val="24"/>
                <w:szCs w:val="24"/>
                <w:lang w:eastAsia="ja-JP"/>
              </w:rPr>
            </w:pPr>
          </w:p>
          <w:p w14:paraId="07A18E58"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28D3D812"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59FC27B6" w14:textId="67C02773"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281D5F46" w14:textId="77777777" w:rsidTr="0033100C">
        <w:trPr>
          <w:cantSplit/>
          <w:jc w:val="center"/>
        </w:trPr>
        <w:tc>
          <w:tcPr>
            <w:tcW w:w="2405" w:type="dxa"/>
            <w:shd w:val="clear" w:color="auto" w:fill="FDE9D9" w:themeFill="accent6" w:themeFillTint="33"/>
            <w:vAlign w:val="center"/>
          </w:tcPr>
          <w:p w14:paraId="574C7D5B"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b/>
                <w:sz w:val="24"/>
                <w:szCs w:val="24"/>
                <w:lang w:eastAsia="ja-JP"/>
              </w:rPr>
              <w:t>市場ニーズ・県外需要</w:t>
            </w:r>
          </w:p>
        </w:tc>
        <w:tc>
          <w:tcPr>
            <w:tcW w:w="7385" w:type="dxa"/>
          </w:tcPr>
          <w:p w14:paraId="627C6DD0" w14:textId="77777777" w:rsidR="00947B11" w:rsidRPr="00706C5D" w:rsidRDefault="00330D11" w:rsidP="00FB1A27">
            <w:pPr>
              <w:adjustRightInd w:val="0"/>
              <w:snapToGrid w:val="0"/>
              <w:spacing w:after="0" w:line="220" w:lineRule="exact"/>
              <w:rPr>
                <w:rFonts w:ascii="BIZ UDゴシック" w:eastAsia="BIZ UDゴシック" w:hAnsi="BIZ UDゴシック"/>
                <w:sz w:val="20"/>
                <w:szCs w:val="20"/>
                <w:lang w:eastAsia="ja-JP"/>
              </w:rPr>
            </w:pPr>
            <w:r w:rsidRPr="00706C5D">
              <w:rPr>
                <w:rFonts w:ascii="BIZ UDゴシック" w:eastAsia="BIZ UDゴシック" w:hAnsi="BIZ UDゴシック"/>
                <w:sz w:val="20"/>
                <w:szCs w:val="20"/>
                <w:lang w:eastAsia="ja-JP"/>
              </w:rPr>
              <w:t>対象市場、国内シェア、県外・海外取引、今後の需要獲得見込み等を記載してください。</w:t>
            </w:r>
          </w:p>
          <w:p w14:paraId="0A2197A1"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5BFDC607" w14:textId="77777777" w:rsidR="00FB1A27"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66268CFB" w14:textId="77777777" w:rsidR="007C73CB" w:rsidRDefault="007C73CB" w:rsidP="00915EEA">
            <w:pPr>
              <w:adjustRightInd w:val="0"/>
              <w:snapToGrid w:val="0"/>
              <w:spacing w:after="0" w:line="300" w:lineRule="exact"/>
              <w:rPr>
                <w:rFonts w:ascii="BIZ UDゴシック" w:eastAsia="BIZ UDゴシック" w:hAnsi="BIZ UDゴシック"/>
                <w:sz w:val="24"/>
                <w:szCs w:val="24"/>
                <w:lang w:eastAsia="ja-JP"/>
              </w:rPr>
            </w:pPr>
          </w:p>
          <w:p w14:paraId="19AF67B4" w14:textId="77777777" w:rsidR="007C73CB" w:rsidRDefault="007C73CB" w:rsidP="00915EEA">
            <w:pPr>
              <w:adjustRightInd w:val="0"/>
              <w:snapToGrid w:val="0"/>
              <w:spacing w:after="0" w:line="300" w:lineRule="exact"/>
              <w:rPr>
                <w:rFonts w:ascii="BIZ UDゴシック" w:eastAsia="BIZ UDゴシック" w:hAnsi="BIZ UDゴシック"/>
                <w:sz w:val="24"/>
                <w:szCs w:val="24"/>
                <w:lang w:eastAsia="ja-JP"/>
              </w:rPr>
            </w:pPr>
          </w:p>
          <w:p w14:paraId="023ECC92"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4E672906"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4968DBA2"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2C71E2FA" w14:textId="6215048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7A0FBA14" w14:textId="77777777" w:rsidTr="0033100C">
        <w:trPr>
          <w:cantSplit/>
          <w:jc w:val="center"/>
        </w:trPr>
        <w:tc>
          <w:tcPr>
            <w:tcW w:w="2405" w:type="dxa"/>
            <w:shd w:val="clear" w:color="auto" w:fill="FDE9D9" w:themeFill="accent6" w:themeFillTint="33"/>
            <w:vAlign w:val="center"/>
          </w:tcPr>
          <w:p w14:paraId="09DCBABA"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b/>
                <w:sz w:val="24"/>
                <w:szCs w:val="24"/>
                <w:lang w:eastAsia="ja-JP"/>
              </w:rPr>
              <w:t>企業の強み・競争優位性</w:t>
            </w:r>
          </w:p>
        </w:tc>
        <w:tc>
          <w:tcPr>
            <w:tcW w:w="7385" w:type="dxa"/>
          </w:tcPr>
          <w:p w14:paraId="4ED9A156" w14:textId="77777777" w:rsidR="00947B11" w:rsidRPr="00706C5D" w:rsidRDefault="00330D11" w:rsidP="00FB1A27">
            <w:pPr>
              <w:adjustRightInd w:val="0"/>
              <w:snapToGrid w:val="0"/>
              <w:spacing w:after="0" w:line="220" w:lineRule="exact"/>
              <w:rPr>
                <w:rFonts w:ascii="BIZ UDゴシック" w:eastAsia="BIZ UDゴシック" w:hAnsi="BIZ UDゴシック"/>
                <w:sz w:val="20"/>
                <w:szCs w:val="20"/>
                <w:lang w:eastAsia="ja-JP"/>
              </w:rPr>
            </w:pPr>
            <w:r w:rsidRPr="00706C5D">
              <w:rPr>
                <w:rFonts w:ascii="BIZ UDゴシック" w:eastAsia="BIZ UDゴシック" w:hAnsi="BIZ UDゴシック"/>
                <w:sz w:val="20"/>
                <w:szCs w:val="20"/>
                <w:lang w:eastAsia="ja-JP"/>
              </w:rPr>
              <w:t>技術、品質、認証、知財、設備、人材、取引先、実績等の強みを記載してください。</w:t>
            </w:r>
          </w:p>
          <w:p w14:paraId="7A30FDEB"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7F6457ED" w14:textId="77777777" w:rsidR="00FB1A27"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63437EE2" w14:textId="77777777" w:rsidR="007C73CB" w:rsidRDefault="007C73CB" w:rsidP="00915EEA">
            <w:pPr>
              <w:adjustRightInd w:val="0"/>
              <w:snapToGrid w:val="0"/>
              <w:spacing w:after="0" w:line="300" w:lineRule="exact"/>
              <w:rPr>
                <w:rFonts w:ascii="BIZ UDゴシック" w:eastAsia="BIZ UDゴシック" w:hAnsi="BIZ UDゴシック"/>
                <w:sz w:val="24"/>
                <w:szCs w:val="24"/>
                <w:lang w:eastAsia="ja-JP"/>
              </w:rPr>
            </w:pPr>
          </w:p>
          <w:p w14:paraId="6D224329" w14:textId="77777777" w:rsidR="00AB6CEB"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30E15204" w14:textId="77777777" w:rsidR="007C73CB" w:rsidRPr="00706C5D" w:rsidRDefault="007C73CB" w:rsidP="00915EEA">
            <w:pPr>
              <w:adjustRightInd w:val="0"/>
              <w:snapToGrid w:val="0"/>
              <w:spacing w:after="0" w:line="300" w:lineRule="exact"/>
              <w:rPr>
                <w:rFonts w:ascii="BIZ UDゴシック" w:eastAsia="BIZ UDゴシック" w:hAnsi="BIZ UDゴシック"/>
                <w:sz w:val="24"/>
                <w:szCs w:val="24"/>
                <w:lang w:eastAsia="ja-JP"/>
              </w:rPr>
            </w:pPr>
          </w:p>
          <w:p w14:paraId="30CF901B"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6FA0B4BA"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73F4312E" w14:textId="56BEBB01"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7ED98B24" w14:textId="77777777" w:rsidTr="0033100C">
        <w:trPr>
          <w:cantSplit/>
          <w:jc w:val="center"/>
        </w:trPr>
        <w:tc>
          <w:tcPr>
            <w:tcW w:w="2405" w:type="dxa"/>
            <w:shd w:val="clear" w:color="auto" w:fill="FDE9D9" w:themeFill="accent6" w:themeFillTint="33"/>
            <w:vAlign w:val="center"/>
          </w:tcPr>
          <w:p w14:paraId="48628195"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b/>
                <w:sz w:val="24"/>
                <w:szCs w:val="24"/>
                <w:lang w:eastAsia="ja-JP"/>
              </w:rPr>
              <w:t>サプライチェーン・バリューチェーン上の役割</w:t>
            </w:r>
          </w:p>
        </w:tc>
        <w:tc>
          <w:tcPr>
            <w:tcW w:w="7385" w:type="dxa"/>
          </w:tcPr>
          <w:p w14:paraId="593251EA" w14:textId="77777777" w:rsidR="00947B11" w:rsidRPr="00706C5D" w:rsidRDefault="00330D11" w:rsidP="00FB1A27">
            <w:pPr>
              <w:adjustRightInd w:val="0"/>
              <w:snapToGrid w:val="0"/>
              <w:spacing w:after="0" w:line="220" w:lineRule="exact"/>
              <w:rPr>
                <w:rFonts w:ascii="BIZ UDゴシック" w:eastAsia="BIZ UDゴシック" w:hAnsi="BIZ UDゴシック"/>
                <w:sz w:val="24"/>
                <w:szCs w:val="24"/>
                <w:lang w:eastAsia="ja-JP"/>
              </w:rPr>
            </w:pPr>
            <w:r w:rsidRPr="00706C5D">
              <w:rPr>
                <w:rFonts w:ascii="BIZ UDゴシック" w:eastAsia="BIZ UDゴシック" w:hAnsi="BIZ UDゴシック"/>
                <w:sz w:val="20"/>
                <w:szCs w:val="20"/>
                <w:lang w:eastAsia="ja-JP"/>
              </w:rPr>
              <w:t>川上・川中・川下のどの機能を担うか、発注側・受注側・連携先としての立ち位置を記載してください</w:t>
            </w:r>
            <w:r w:rsidRPr="00706C5D">
              <w:rPr>
                <w:rFonts w:ascii="BIZ UDゴシック" w:eastAsia="BIZ UDゴシック" w:hAnsi="BIZ UDゴシック"/>
                <w:sz w:val="24"/>
                <w:szCs w:val="24"/>
                <w:lang w:eastAsia="ja-JP"/>
              </w:rPr>
              <w:t>。</w:t>
            </w:r>
          </w:p>
          <w:p w14:paraId="380FB571"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4DAF9ACC" w14:textId="77777777" w:rsidR="0024350E" w:rsidRDefault="0024350E" w:rsidP="00915EEA">
            <w:pPr>
              <w:adjustRightInd w:val="0"/>
              <w:snapToGrid w:val="0"/>
              <w:spacing w:after="0" w:line="300" w:lineRule="exact"/>
              <w:rPr>
                <w:rFonts w:ascii="BIZ UDゴシック" w:eastAsia="BIZ UDゴシック" w:hAnsi="BIZ UDゴシック"/>
                <w:sz w:val="24"/>
                <w:szCs w:val="24"/>
                <w:lang w:eastAsia="ja-JP"/>
              </w:rPr>
            </w:pPr>
          </w:p>
          <w:p w14:paraId="1EA314A1" w14:textId="77777777" w:rsidR="007C73CB" w:rsidRDefault="007C73CB" w:rsidP="00915EEA">
            <w:pPr>
              <w:adjustRightInd w:val="0"/>
              <w:snapToGrid w:val="0"/>
              <w:spacing w:after="0" w:line="300" w:lineRule="exact"/>
              <w:rPr>
                <w:rFonts w:ascii="BIZ UDゴシック" w:eastAsia="BIZ UDゴシック" w:hAnsi="BIZ UDゴシック"/>
                <w:sz w:val="24"/>
                <w:szCs w:val="24"/>
                <w:lang w:eastAsia="ja-JP"/>
              </w:rPr>
            </w:pPr>
          </w:p>
          <w:p w14:paraId="3C5FF0C4"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7798ABDB" w14:textId="77777777" w:rsidR="0024350E" w:rsidRDefault="0024350E" w:rsidP="00915EEA">
            <w:pPr>
              <w:adjustRightInd w:val="0"/>
              <w:snapToGrid w:val="0"/>
              <w:spacing w:after="0" w:line="300" w:lineRule="exact"/>
              <w:rPr>
                <w:rFonts w:ascii="BIZ UDゴシック" w:eastAsia="BIZ UDゴシック" w:hAnsi="BIZ UDゴシック"/>
                <w:sz w:val="24"/>
                <w:szCs w:val="24"/>
                <w:lang w:eastAsia="ja-JP"/>
              </w:rPr>
            </w:pPr>
          </w:p>
          <w:p w14:paraId="50805129" w14:textId="77777777" w:rsidR="00715220" w:rsidRPr="00706C5D" w:rsidRDefault="00715220" w:rsidP="00915EEA">
            <w:pPr>
              <w:adjustRightInd w:val="0"/>
              <w:snapToGrid w:val="0"/>
              <w:spacing w:after="0" w:line="300" w:lineRule="exact"/>
              <w:rPr>
                <w:rFonts w:ascii="BIZ UDゴシック" w:eastAsia="BIZ UDゴシック" w:hAnsi="BIZ UDゴシック"/>
                <w:sz w:val="24"/>
                <w:szCs w:val="24"/>
                <w:lang w:eastAsia="ja-JP"/>
              </w:rPr>
            </w:pPr>
          </w:p>
          <w:p w14:paraId="06CF56B7"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061215C3" w14:textId="034244C0"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bl>
    <w:p w14:paraId="75C40073" w14:textId="77777777" w:rsidR="007C73CB" w:rsidRDefault="007C73CB" w:rsidP="00915EEA">
      <w:pPr>
        <w:adjustRightInd w:val="0"/>
        <w:snapToGrid w:val="0"/>
        <w:spacing w:after="0" w:line="300" w:lineRule="exact"/>
        <w:rPr>
          <w:rFonts w:ascii="BIZ UDゴシック" w:eastAsia="BIZ UDゴシック" w:hAnsi="BIZ UDゴシック"/>
          <w:b/>
          <w:sz w:val="24"/>
          <w:szCs w:val="24"/>
          <w:lang w:eastAsia="ja-JP"/>
        </w:rPr>
      </w:pPr>
    </w:p>
    <w:p w14:paraId="7ABBD1D8" w14:textId="2CF780CB" w:rsidR="00947B11" w:rsidRPr="00706C5D" w:rsidRDefault="00330D11"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b/>
          <w:sz w:val="24"/>
          <w:szCs w:val="24"/>
          <w:lang w:eastAsia="ja-JP"/>
        </w:rPr>
        <w:lastRenderedPageBreak/>
        <w:t>５　取引状況</w:t>
      </w:r>
      <w:r w:rsidR="0033100C" w:rsidRPr="00706C5D">
        <w:rPr>
          <w:rFonts w:ascii="BIZ UDゴシック" w:eastAsia="BIZ UDゴシック" w:hAnsi="BIZ UDゴシック" w:hint="eastAsia"/>
          <w:b/>
          <w:sz w:val="24"/>
          <w:szCs w:val="24"/>
          <w:lang w:eastAsia="ja-JP"/>
        </w:rPr>
        <w:t>【必須】</w:t>
      </w:r>
    </w:p>
    <w:p w14:paraId="126E4FB8" w14:textId="3D7F0A28" w:rsidR="00947B11" w:rsidRPr="00706C5D" w:rsidRDefault="0024350E" w:rsidP="0024350E">
      <w:pPr>
        <w:adjustRightInd w:val="0"/>
        <w:snapToGrid w:val="0"/>
        <w:spacing w:after="0" w:line="300" w:lineRule="exact"/>
        <w:ind w:firstLineChars="200" w:firstLine="480"/>
        <w:rPr>
          <w:rFonts w:ascii="BIZ UDゴシック" w:eastAsia="BIZ UDゴシック" w:hAnsi="BIZ UDゴシック"/>
          <w:sz w:val="24"/>
          <w:szCs w:val="24"/>
          <w:lang w:eastAsia="ja-JP"/>
        </w:rPr>
      </w:pPr>
      <w:r w:rsidRPr="00706C5D">
        <w:rPr>
          <w:rFonts w:ascii="BIZ UDゴシック" w:eastAsia="BIZ UDゴシック" w:hAnsi="BIZ UDゴシック" w:hint="eastAsia"/>
          <w:sz w:val="24"/>
          <w:szCs w:val="24"/>
          <w:lang w:eastAsia="ja-JP"/>
        </w:rPr>
        <w:t>各項目を記載してください。</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923"/>
        <w:gridCol w:w="1955"/>
        <w:gridCol w:w="2938"/>
        <w:gridCol w:w="1813"/>
      </w:tblGrid>
      <w:tr w:rsidR="00947B11" w:rsidRPr="00706C5D" w14:paraId="542547B4" w14:textId="77777777" w:rsidTr="0033100C">
        <w:trPr>
          <w:cantSplit/>
          <w:jc w:val="center"/>
        </w:trPr>
        <w:tc>
          <w:tcPr>
            <w:tcW w:w="2972" w:type="dxa"/>
            <w:shd w:val="clear" w:color="auto" w:fill="FDE9D9" w:themeFill="accent6" w:themeFillTint="33"/>
            <w:vAlign w:val="center"/>
          </w:tcPr>
          <w:p w14:paraId="2CF51040" w14:textId="77777777" w:rsidR="00947B11" w:rsidRPr="00706C5D" w:rsidRDefault="00330D11" w:rsidP="0024350E">
            <w:pPr>
              <w:adjustRightInd w:val="0"/>
              <w:snapToGrid w:val="0"/>
              <w:spacing w:after="0" w:line="300" w:lineRule="exact"/>
              <w:jc w:val="center"/>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項目</w:t>
            </w:r>
            <w:proofErr w:type="spellEnd"/>
          </w:p>
        </w:tc>
        <w:tc>
          <w:tcPr>
            <w:tcW w:w="1985" w:type="dxa"/>
            <w:shd w:val="clear" w:color="auto" w:fill="FDE9D9" w:themeFill="accent6" w:themeFillTint="33"/>
            <w:vAlign w:val="center"/>
          </w:tcPr>
          <w:p w14:paraId="3F4B4ACF" w14:textId="77777777" w:rsidR="0024350E" w:rsidRPr="00706C5D" w:rsidRDefault="00330D11" w:rsidP="0024350E">
            <w:pPr>
              <w:adjustRightInd w:val="0"/>
              <w:snapToGrid w:val="0"/>
              <w:spacing w:after="0" w:line="300" w:lineRule="exact"/>
              <w:jc w:val="center"/>
              <w:rPr>
                <w:rFonts w:ascii="BIZ UDゴシック" w:eastAsia="BIZ UDゴシック" w:hAnsi="BIZ UDゴシック"/>
                <w:b/>
                <w:sz w:val="24"/>
                <w:szCs w:val="24"/>
                <w:lang w:eastAsia="ja-JP"/>
              </w:rPr>
            </w:pPr>
            <w:r w:rsidRPr="00706C5D">
              <w:rPr>
                <w:rFonts w:ascii="BIZ UDゴシック" w:eastAsia="BIZ UDゴシック" w:hAnsi="BIZ UDゴシック"/>
                <w:b/>
                <w:sz w:val="24"/>
                <w:szCs w:val="24"/>
                <w:lang w:eastAsia="ja-JP"/>
              </w:rPr>
              <w:t>金額</w:t>
            </w:r>
            <w:r w:rsidR="0024350E" w:rsidRPr="00706C5D">
              <w:rPr>
                <w:rFonts w:ascii="BIZ UDゴシック" w:eastAsia="BIZ UDゴシック" w:hAnsi="BIZ UDゴシック" w:hint="eastAsia"/>
                <w:b/>
                <w:sz w:val="24"/>
                <w:szCs w:val="24"/>
                <w:lang w:eastAsia="ja-JP"/>
              </w:rPr>
              <w:t>(</w:t>
            </w:r>
            <w:r w:rsidRPr="00706C5D">
              <w:rPr>
                <w:rFonts w:ascii="BIZ UDゴシック" w:eastAsia="BIZ UDゴシック" w:hAnsi="BIZ UDゴシック"/>
                <w:b/>
                <w:sz w:val="24"/>
                <w:szCs w:val="24"/>
                <w:lang w:eastAsia="ja-JP"/>
              </w:rPr>
              <w:t>税抜</w:t>
            </w:r>
            <w:r w:rsidR="0024350E" w:rsidRPr="00706C5D">
              <w:rPr>
                <w:rFonts w:ascii="BIZ UDゴシック" w:eastAsia="BIZ UDゴシック" w:hAnsi="BIZ UDゴシック" w:hint="eastAsia"/>
                <w:b/>
                <w:sz w:val="24"/>
                <w:szCs w:val="24"/>
                <w:lang w:eastAsia="ja-JP"/>
              </w:rPr>
              <w:t>)</w:t>
            </w:r>
          </w:p>
          <w:p w14:paraId="507D28E3" w14:textId="303B9595" w:rsidR="00947B11" w:rsidRPr="00706C5D" w:rsidRDefault="0024350E" w:rsidP="0024350E">
            <w:pPr>
              <w:adjustRightInd w:val="0"/>
              <w:snapToGrid w:val="0"/>
              <w:spacing w:after="0" w:line="300" w:lineRule="exact"/>
              <w:jc w:val="center"/>
              <w:rPr>
                <w:rFonts w:ascii="BIZ UDゴシック" w:eastAsia="BIZ UDゴシック" w:hAnsi="BIZ UDゴシック"/>
                <w:sz w:val="24"/>
                <w:szCs w:val="24"/>
                <w:lang w:eastAsia="ja-JP"/>
              </w:rPr>
            </w:pPr>
            <w:r w:rsidRPr="00706C5D">
              <w:rPr>
                <w:rFonts w:ascii="BIZ UDゴシック" w:eastAsia="BIZ UDゴシック" w:hAnsi="BIZ UDゴシック" w:hint="eastAsia"/>
                <w:b/>
                <w:sz w:val="24"/>
                <w:szCs w:val="24"/>
                <w:lang w:eastAsia="ja-JP"/>
              </w:rPr>
              <w:t>※</w:t>
            </w:r>
            <w:r w:rsidRPr="00706C5D">
              <w:rPr>
                <w:rFonts w:ascii="BIZ UDゴシック" w:eastAsia="BIZ UDゴシック" w:hAnsi="BIZ UDゴシック"/>
                <w:b/>
                <w:sz w:val="24"/>
                <w:szCs w:val="24"/>
                <w:lang w:eastAsia="ja-JP"/>
              </w:rPr>
              <w:t>概算可</w:t>
            </w:r>
          </w:p>
        </w:tc>
        <w:tc>
          <w:tcPr>
            <w:tcW w:w="2987" w:type="dxa"/>
            <w:shd w:val="clear" w:color="auto" w:fill="FDE9D9" w:themeFill="accent6" w:themeFillTint="33"/>
            <w:vAlign w:val="center"/>
          </w:tcPr>
          <w:p w14:paraId="6C966ACC" w14:textId="77777777" w:rsidR="00947B11" w:rsidRPr="00706C5D" w:rsidRDefault="00330D11" w:rsidP="0024350E">
            <w:pPr>
              <w:adjustRightInd w:val="0"/>
              <w:snapToGrid w:val="0"/>
              <w:spacing w:after="0" w:line="300" w:lineRule="exact"/>
              <w:jc w:val="center"/>
              <w:rPr>
                <w:rFonts w:ascii="BIZ UDゴシック" w:eastAsia="BIZ UDゴシック" w:hAnsi="BIZ UDゴシック"/>
                <w:sz w:val="24"/>
                <w:szCs w:val="24"/>
                <w:lang w:eastAsia="ja-JP"/>
              </w:rPr>
            </w:pPr>
            <w:r w:rsidRPr="00706C5D">
              <w:rPr>
                <w:rFonts w:ascii="BIZ UDゴシック" w:eastAsia="BIZ UDゴシック" w:hAnsi="BIZ UDゴシック"/>
                <w:b/>
                <w:sz w:val="24"/>
                <w:szCs w:val="24"/>
                <w:lang w:eastAsia="ja-JP"/>
              </w:rPr>
              <w:t>主な内容・取引先の属性</w:t>
            </w:r>
          </w:p>
        </w:tc>
        <w:tc>
          <w:tcPr>
            <w:tcW w:w="1843" w:type="dxa"/>
            <w:shd w:val="clear" w:color="auto" w:fill="FDE9D9" w:themeFill="accent6" w:themeFillTint="33"/>
            <w:vAlign w:val="center"/>
          </w:tcPr>
          <w:p w14:paraId="618C083F" w14:textId="77777777" w:rsidR="00947B11" w:rsidRPr="00706C5D" w:rsidRDefault="00330D11" w:rsidP="0024350E">
            <w:pPr>
              <w:adjustRightInd w:val="0"/>
              <w:snapToGrid w:val="0"/>
              <w:spacing w:after="0" w:line="300" w:lineRule="exact"/>
              <w:jc w:val="center"/>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備考</w:t>
            </w:r>
            <w:proofErr w:type="spellEnd"/>
          </w:p>
        </w:tc>
      </w:tr>
      <w:tr w:rsidR="00947B11" w:rsidRPr="00706C5D" w14:paraId="7951B100" w14:textId="77777777" w:rsidTr="0033100C">
        <w:trPr>
          <w:cantSplit/>
          <w:jc w:val="center"/>
        </w:trPr>
        <w:tc>
          <w:tcPr>
            <w:tcW w:w="2972" w:type="dxa"/>
            <w:vAlign w:val="center"/>
          </w:tcPr>
          <w:p w14:paraId="353CB708"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売上高</w:t>
            </w:r>
            <w:proofErr w:type="spellEnd"/>
          </w:p>
        </w:tc>
        <w:tc>
          <w:tcPr>
            <w:tcW w:w="1985" w:type="dxa"/>
          </w:tcPr>
          <w:p w14:paraId="7546844C" w14:textId="5568FEF0" w:rsidR="00947B11" w:rsidRPr="00706C5D" w:rsidRDefault="007C73CB" w:rsidP="007C73CB">
            <w:pPr>
              <w:adjustRightInd w:val="0"/>
              <w:snapToGrid w:val="0"/>
              <w:spacing w:after="0" w:line="300" w:lineRule="exact"/>
              <w:jc w:val="right"/>
              <w:rPr>
                <w:rFonts w:ascii="BIZ UDゴシック" w:eastAsia="BIZ UDゴシック" w:hAnsi="BIZ UDゴシック"/>
                <w:sz w:val="24"/>
                <w:szCs w:val="24"/>
              </w:rPr>
            </w:pPr>
            <w:r>
              <w:rPr>
                <w:rFonts w:ascii="BIZ UDゴシック" w:eastAsia="BIZ UDゴシック" w:hAnsi="BIZ UDゴシック" w:hint="eastAsia"/>
                <w:sz w:val="24"/>
                <w:szCs w:val="24"/>
                <w:lang w:eastAsia="ja-JP"/>
              </w:rPr>
              <w:t>百万円</w:t>
            </w:r>
          </w:p>
        </w:tc>
        <w:tc>
          <w:tcPr>
            <w:tcW w:w="2987" w:type="dxa"/>
          </w:tcPr>
          <w:p w14:paraId="2D4E4202"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rPr>
            </w:pPr>
          </w:p>
        </w:tc>
        <w:tc>
          <w:tcPr>
            <w:tcW w:w="1843" w:type="dxa"/>
          </w:tcPr>
          <w:p w14:paraId="2E471DDF"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rPr>
            </w:pPr>
          </w:p>
        </w:tc>
      </w:tr>
      <w:tr w:rsidR="00947B11" w:rsidRPr="00706C5D" w14:paraId="26F1510D" w14:textId="77777777" w:rsidTr="0033100C">
        <w:trPr>
          <w:cantSplit/>
          <w:jc w:val="center"/>
        </w:trPr>
        <w:tc>
          <w:tcPr>
            <w:tcW w:w="2972" w:type="dxa"/>
            <w:vAlign w:val="center"/>
          </w:tcPr>
          <w:p w14:paraId="4E0047A8" w14:textId="77777777" w:rsidR="00947B11" w:rsidRPr="00706C5D" w:rsidRDefault="00330D11" w:rsidP="0033100C">
            <w:pPr>
              <w:adjustRightInd w:val="0"/>
              <w:snapToGrid w:val="0"/>
              <w:spacing w:after="0" w:line="300" w:lineRule="exact"/>
              <w:ind w:firstLineChars="100" w:firstLine="240"/>
              <w:rPr>
                <w:rFonts w:ascii="BIZ UDゴシック" w:eastAsia="BIZ UDゴシック" w:hAnsi="BIZ UDゴシック"/>
                <w:sz w:val="24"/>
                <w:szCs w:val="24"/>
                <w:lang w:eastAsia="ja-JP"/>
              </w:rPr>
            </w:pPr>
            <w:r w:rsidRPr="00706C5D">
              <w:rPr>
                <w:rFonts w:ascii="BIZ UDゴシック" w:eastAsia="BIZ UDゴシック" w:hAnsi="BIZ UDゴシック"/>
                <w:b/>
                <w:sz w:val="24"/>
                <w:szCs w:val="24"/>
                <w:lang w:eastAsia="ja-JP"/>
              </w:rPr>
              <w:t>うち県外・海外売上高</w:t>
            </w:r>
          </w:p>
        </w:tc>
        <w:tc>
          <w:tcPr>
            <w:tcW w:w="1985" w:type="dxa"/>
          </w:tcPr>
          <w:p w14:paraId="7BC9DF34" w14:textId="28532384" w:rsidR="00947B11" w:rsidRPr="00706C5D" w:rsidRDefault="007C73CB" w:rsidP="007C73CB">
            <w:pPr>
              <w:adjustRightInd w:val="0"/>
              <w:snapToGrid w:val="0"/>
              <w:spacing w:after="0" w:line="300" w:lineRule="exact"/>
              <w:jc w:val="right"/>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百万円</w:t>
            </w:r>
          </w:p>
        </w:tc>
        <w:tc>
          <w:tcPr>
            <w:tcW w:w="2987" w:type="dxa"/>
          </w:tcPr>
          <w:p w14:paraId="0A84D2AB"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tc>
        <w:tc>
          <w:tcPr>
            <w:tcW w:w="1843" w:type="dxa"/>
          </w:tcPr>
          <w:p w14:paraId="24929881"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792AB1AE" w14:textId="77777777" w:rsidTr="0033100C">
        <w:trPr>
          <w:cantSplit/>
          <w:jc w:val="center"/>
        </w:trPr>
        <w:tc>
          <w:tcPr>
            <w:tcW w:w="2972" w:type="dxa"/>
            <w:vAlign w:val="center"/>
          </w:tcPr>
          <w:p w14:paraId="12BF1E71"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仕入高</w:t>
            </w:r>
            <w:proofErr w:type="spellEnd"/>
          </w:p>
        </w:tc>
        <w:tc>
          <w:tcPr>
            <w:tcW w:w="1985" w:type="dxa"/>
          </w:tcPr>
          <w:p w14:paraId="48FF89CD" w14:textId="45414AE1" w:rsidR="00947B11" w:rsidRPr="00706C5D" w:rsidRDefault="007C73CB" w:rsidP="007C73CB">
            <w:pPr>
              <w:adjustRightInd w:val="0"/>
              <w:snapToGrid w:val="0"/>
              <w:spacing w:after="0" w:line="300" w:lineRule="exact"/>
              <w:jc w:val="right"/>
              <w:rPr>
                <w:rFonts w:ascii="BIZ UDゴシック" w:eastAsia="BIZ UDゴシック" w:hAnsi="BIZ UDゴシック"/>
                <w:sz w:val="24"/>
                <w:szCs w:val="24"/>
              </w:rPr>
            </w:pPr>
            <w:r>
              <w:rPr>
                <w:rFonts w:ascii="BIZ UDゴシック" w:eastAsia="BIZ UDゴシック" w:hAnsi="BIZ UDゴシック" w:hint="eastAsia"/>
                <w:sz w:val="24"/>
                <w:szCs w:val="24"/>
                <w:lang w:eastAsia="ja-JP"/>
              </w:rPr>
              <w:t>百万円</w:t>
            </w:r>
          </w:p>
        </w:tc>
        <w:tc>
          <w:tcPr>
            <w:tcW w:w="2987" w:type="dxa"/>
          </w:tcPr>
          <w:p w14:paraId="0E565285"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rPr>
            </w:pPr>
          </w:p>
        </w:tc>
        <w:tc>
          <w:tcPr>
            <w:tcW w:w="1843" w:type="dxa"/>
          </w:tcPr>
          <w:p w14:paraId="20A87203"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rPr>
            </w:pPr>
          </w:p>
        </w:tc>
      </w:tr>
      <w:tr w:rsidR="00947B11" w:rsidRPr="00706C5D" w14:paraId="4E5515A7" w14:textId="77777777" w:rsidTr="0033100C">
        <w:trPr>
          <w:cantSplit/>
          <w:jc w:val="center"/>
        </w:trPr>
        <w:tc>
          <w:tcPr>
            <w:tcW w:w="2972" w:type="dxa"/>
            <w:vAlign w:val="center"/>
          </w:tcPr>
          <w:p w14:paraId="75EF632F" w14:textId="77777777" w:rsidR="00947B11" w:rsidRPr="00706C5D" w:rsidRDefault="00330D11" w:rsidP="0033100C">
            <w:pPr>
              <w:adjustRightInd w:val="0"/>
              <w:snapToGrid w:val="0"/>
              <w:spacing w:after="0" w:line="300" w:lineRule="exact"/>
              <w:ind w:firstLineChars="100" w:firstLine="240"/>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うち県内仕入高</w:t>
            </w:r>
            <w:proofErr w:type="spellEnd"/>
          </w:p>
        </w:tc>
        <w:tc>
          <w:tcPr>
            <w:tcW w:w="1985" w:type="dxa"/>
          </w:tcPr>
          <w:p w14:paraId="7BBCEF64" w14:textId="53C7D595" w:rsidR="00947B11" w:rsidRPr="00706C5D" w:rsidRDefault="007C73CB" w:rsidP="007C73CB">
            <w:pPr>
              <w:adjustRightInd w:val="0"/>
              <w:snapToGrid w:val="0"/>
              <w:spacing w:after="0" w:line="300" w:lineRule="exact"/>
              <w:jc w:val="right"/>
              <w:rPr>
                <w:rFonts w:ascii="BIZ UDゴシック" w:eastAsia="BIZ UDゴシック" w:hAnsi="BIZ UDゴシック"/>
                <w:sz w:val="24"/>
                <w:szCs w:val="24"/>
              </w:rPr>
            </w:pPr>
            <w:r>
              <w:rPr>
                <w:rFonts w:ascii="BIZ UDゴシック" w:eastAsia="BIZ UDゴシック" w:hAnsi="BIZ UDゴシック" w:hint="eastAsia"/>
                <w:sz w:val="24"/>
                <w:szCs w:val="24"/>
                <w:lang w:eastAsia="ja-JP"/>
              </w:rPr>
              <w:t>百万円</w:t>
            </w:r>
          </w:p>
        </w:tc>
        <w:tc>
          <w:tcPr>
            <w:tcW w:w="2987" w:type="dxa"/>
          </w:tcPr>
          <w:p w14:paraId="1A38D022"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rPr>
            </w:pPr>
          </w:p>
        </w:tc>
        <w:tc>
          <w:tcPr>
            <w:tcW w:w="1843" w:type="dxa"/>
          </w:tcPr>
          <w:p w14:paraId="1095651F"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rPr>
            </w:pPr>
          </w:p>
        </w:tc>
      </w:tr>
      <w:tr w:rsidR="00947B11" w:rsidRPr="00706C5D" w14:paraId="68365319" w14:textId="77777777" w:rsidTr="0033100C">
        <w:trPr>
          <w:cantSplit/>
          <w:jc w:val="center"/>
        </w:trPr>
        <w:tc>
          <w:tcPr>
            <w:tcW w:w="2972" w:type="dxa"/>
            <w:vAlign w:val="center"/>
          </w:tcPr>
          <w:p w14:paraId="312C74C5" w14:textId="3BD57CD2" w:rsidR="00947B11" w:rsidRPr="00706C5D" w:rsidRDefault="00330D11"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b/>
                <w:sz w:val="24"/>
                <w:szCs w:val="24"/>
                <w:lang w:eastAsia="ja-JP"/>
              </w:rPr>
              <w:t>県内企業等との主な</w:t>
            </w:r>
            <w:r w:rsidR="0033100C" w:rsidRPr="00706C5D">
              <w:rPr>
                <w:rFonts w:ascii="BIZ UDゴシック" w:eastAsia="BIZ UDゴシック" w:hAnsi="BIZ UDゴシック" w:hint="eastAsia"/>
                <w:b/>
                <w:sz w:val="24"/>
                <w:szCs w:val="24"/>
                <w:lang w:eastAsia="ja-JP"/>
              </w:rPr>
              <w:t>取</w:t>
            </w:r>
            <w:r w:rsidRPr="00706C5D">
              <w:rPr>
                <w:rFonts w:ascii="BIZ UDゴシック" w:eastAsia="BIZ UDゴシック" w:hAnsi="BIZ UDゴシック"/>
                <w:b/>
                <w:sz w:val="24"/>
                <w:szCs w:val="24"/>
                <w:lang w:eastAsia="ja-JP"/>
              </w:rPr>
              <w:t>引・連携</w:t>
            </w:r>
          </w:p>
        </w:tc>
        <w:tc>
          <w:tcPr>
            <w:tcW w:w="1985" w:type="dxa"/>
          </w:tcPr>
          <w:p w14:paraId="1363E184" w14:textId="77777777" w:rsidR="006F4723" w:rsidRPr="006F4723" w:rsidRDefault="006F4723" w:rsidP="006F4723">
            <w:pPr>
              <w:adjustRightInd w:val="0"/>
              <w:snapToGrid w:val="0"/>
              <w:spacing w:after="0" w:line="300" w:lineRule="exact"/>
              <w:jc w:val="right"/>
              <w:rPr>
                <w:rFonts w:ascii="BIZ UDゴシック" w:eastAsia="BIZ UDゴシック" w:hAnsi="BIZ UDゴシック"/>
                <w:color w:val="000000" w:themeColor="text1"/>
                <w:sz w:val="24"/>
                <w:szCs w:val="24"/>
                <w:lang w:eastAsia="ja-JP"/>
              </w:rPr>
            </w:pPr>
            <w:r w:rsidRPr="006F4723">
              <w:rPr>
                <w:rFonts w:ascii="BIZ UDゴシック" w:eastAsia="BIZ UDゴシック" w:hAnsi="BIZ UDゴシック" w:hint="eastAsia"/>
                <w:color w:val="000000" w:themeColor="text1"/>
                <w:sz w:val="24"/>
                <w:szCs w:val="24"/>
                <w:lang w:eastAsia="ja-JP"/>
              </w:rPr>
              <w:t>―</w:t>
            </w:r>
          </w:p>
          <w:p w14:paraId="7AD5110E" w14:textId="77777777" w:rsidR="00CF278E" w:rsidRPr="00706C5D" w:rsidRDefault="00CF278E" w:rsidP="00915EEA">
            <w:pPr>
              <w:adjustRightInd w:val="0"/>
              <w:snapToGrid w:val="0"/>
              <w:spacing w:after="0" w:line="300" w:lineRule="exact"/>
              <w:rPr>
                <w:rFonts w:ascii="BIZ UDゴシック" w:eastAsia="BIZ UDゴシック" w:hAnsi="BIZ UDゴシック"/>
                <w:sz w:val="24"/>
                <w:szCs w:val="24"/>
                <w:lang w:eastAsia="ja-JP"/>
              </w:rPr>
            </w:pPr>
          </w:p>
          <w:p w14:paraId="190D8EA2" w14:textId="77777777" w:rsidR="00CF278E" w:rsidRPr="00706C5D" w:rsidRDefault="00CF278E" w:rsidP="00915EEA">
            <w:pPr>
              <w:adjustRightInd w:val="0"/>
              <w:snapToGrid w:val="0"/>
              <w:spacing w:after="0" w:line="300" w:lineRule="exact"/>
              <w:rPr>
                <w:rFonts w:ascii="BIZ UDゴシック" w:eastAsia="BIZ UDゴシック" w:hAnsi="BIZ UDゴシック"/>
                <w:sz w:val="24"/>
                <w:szCs w:val="24"/>
                <w:lang w:eastAsia="ja-JP"/>
              </w:rPr>
            </w:pPr>
          </w:p>
          <w:p w14:paraId="15694951" w14:textId="77777777" w:rsidR="00CF278E" w:rsidRPr="00706C5D" w:rsidRDefault="00CF278E" w:rsidP="00915EEA">
            <w:pPr>
              <w:adjustRightInd w:val="0"/>
              <w:snapToGrid w:val="0"/>
              <w:spacing w:after="0" w:line="300" w:lineRule="exact"/>
              <w:rPr>
                <w:rFonts w:ascii="BIZ UDゴシック" w:eastAsia="BIZ UDゴシック" w:hAnsi="BIZ UDゴシック"/>
                <w:sz w:val="24"/>
                <w:szCs w:val="24"/>
                <w:lang w:eastAsia="ja-JP"/>
              </w:rPr>
            </w:pPr>
          </w:p>
          <w:p w14:paraId="282EB490" w14:textId="77777777" w:rsidR="00CF278E" w:rsidRPr="00706C5D" w:rsidRDefault="00CF278E" w:rsidP="00915EEA">
            <w:pPr>
              <w:adjustRightInd w:val="0"/>
              <w:snapToGrid w:val="0"/>
              <w:spacing w:after="0" w:line="300" w:lineRule="exact"/>
              <w:rPr>
                <w:rFonts w:ascii="BIZ UDゴシック" w:eastAsia="BIZ UDゴシック" w:hAnsi="BIZ UDゴシック"/>
                <w:sz w:val="24"/>
                <w:szCs w:val="24"/>
                <w:lang w:eastAsia="ja-JP"/>
              </w:rPr>
            </w:pPr>
          </w:p>
          <w:p w14:paraId="11887FE3" w14:textId="77777777" w:rsidR="00CF278E" w:rsidRPr="00706C5D" w:rsidRDefault="00CF278E" w:rsidP="00915EEA">
            <w:pPr>
              <w:adjustRightInd w:val="0"/>
              <w:snapToGrid w:val="0"/>
              <w:spacing w:after="0" w:line="300" w:lineRule="exact"/>
              <w:rPr>
                <w:rFonts w:ascii="BIZ UDゴシック" w:eastAsia="BIZ UDゴシック" w:hAnsi="BIZ UDゴシック"/>
                <w:sz w:val="24"/>
                <w:szCs w:val="24"/>
                <w:lang w:eastAsia="ja-JP"/>
              </w:rPr>
            </w:pPr>
          </w:p>
        </w:tc>
        <w:tc>
          <w:tcPr>
            <w:tcW w:w="2987" w:type="dxa"/>
          </w:tcPr>
          <w:p w14:paraId="61286803"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210A9AE4" w14:textId="77777777" w:rsidR="00CF278E" w:rsidRPr="00706C5D" w:rsidRDefault="00CF278E" w:rsidP="00915EEA">
            <w:pPr>
              <w:adjustRightInd w:val="0"/>
              <w:snapToGrid w:val="0"/>
              <w:spacing w:after="0" w:line="300" w:lineRule="exact"/>
              <w:rPr>
                <w:rFonts w:ascii="BIZ UDゴシック" w:eastAsia="BIZ UDゴシック" w:hAnsi="BIZ UDゴシック"/>
                <w:sz w:val="24"/>
                <w:szCs w:val="24"/>
                <w:lang w:eastAsia="ja-JP"/>
              </w:rPr>
            </w:pPr>
          </w:p>
          <w:p w14:paraId="1B62CEA6" w14:textId="77777777" w:rsidR="00CF278E" w:rsidRPr="00706C5D" w:rsidRDefault="00CF278E" w:rsidP="00915EEA">
            <w:pPr>
              <w:adjustRightInd w:val="0"/>
              <w:snapToGrid w:val="0"/>
              <w:spacing w:after="0" w:line="300" w:lineRule="exact"/>
              <w:rPr>
                <w:rFonts w:ascii="BIZ UDゴシック" w:eastAsia="BIZ UDゴシック" w:hAnsi="BIZ UDゴシック"/>
                <w:sz w:val="24"/>
                <w:szCs w:val="24"/>
                <w:lang w:eastAsia="ja-JP"/>
              </w:rPr>
            </w:pPr>
          </w:p>
          <w:p w14:paraId="316C6266" w14:textId="77777777" w:rsidR="00CF278E" w:rsidRPr="00706C5D" w:rsidRDefault="00CF278E" w:rsidP="00915EEA">
            <w:pPr>
              <w:adjustRightInd w:val="0"/>
              <w:snapToGrid w:val="0"/>
              <w:spacing w:after="0" w:line="300" w:lineRule="exact"/>
              <w:rPr>
                <w:rFonts w:ascii="BIZ UDゴシック" w:eastAsia="BIZ UDゴシック" w:hAnsi="BIZ UDゴシック"/>
                <w:sz w:val="24"/>
                <w:szCs w:val="24"/>
                <w:lang w:eastAsia="ja-JP"/>
              </w:rPr>
            </w:pPr>
          </w:p>
          <w:p w14:paraId="0D90E0C9" w14:textId="77777777" w:rsidR="00CF278E" w:rsidRPr="00706C5D" w:rsidRDefault="00CF278E" w:rsidP="00915EEA">
            <w:pPr>
              <w:adjustRightInd w:val="0"/>
              <w:snapToGrid w:val="0"/>
              <w:spacing w:after="0" w:line="300" w:lineRule="exact"/>
              <w:rPr>
                <w:rFonts w:ascii="BIZ UDゴシック" w:eastAsia="BIZ UDゴシック" w:hAnsi="BIZ UDゴシック"/>
                <w:sz w:val="24"/>
                <w:szCs w:val="24"/>
                <w:lang w:eastAsia="ja-JP"/>
              </w:rPr>
            </w:pPr>
          </w:p>
          <w:p w14:paraId="3C9EE488" w14:textId="77777777" w:rsidR="00CF278E" w:rsidRPr="00706C5D" w:rsidRDefault="00CF278E" w:rsidP="00915EEA">
            <w:pPr>
              <w:adjustRightInd w:val="0"/>
              <w:snapToGrid w:val="0"/>
              <w:spacing w:after="0" w:line="300" w:lineRule="exact"/>
              <w:rPr>
                <w:rFonts w:ascii="BIZ UDゴシック" w:eastAsia="BIZ UDゴシック" w:hAnsi="BIZ UDゴシック"/>
                <w:sz w:val="24"/>
                <w:szCs w:val="24"/>
                <w:lang w:eastAsia="ja-JP"/>
              </w:rPr>
            </w:pPr>
          </w:p>
        </w:tc>
        <w:tc>
          <w:tcPr>
            <w:tcW w:w="1843" w:type="dxa"/>
          </w:tcPr>
          <w:p w14:paraId="1394E5CF"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1FB31F20" w14:textId="77777777" w:rsidR="00CF278E" w:rsidRPr="00706C5D" w:rsidRDefault="00CF278E" w:rsidP="00915EEA">
            <w:pPr>
              <w:adjustRightInd w:val="0"/>
              <w:snapToGrid w:val="0"/>
              <w:spacing w:after="0" w:line="300" w:lineRule="exact"/>
              <w:rPr>
                <w:rFonts w:ascii="BIZ UDゴシック" w:eastAsia="BIZ UDゴシック" w:hAnsi="BIZ UDゴシック"/>
                <w:sz w:val="24"/>
                <w:szCs w:val="24"/>
                <w:lang w:eastAsia="ja-JP"/>
              </w:rPr>
            </w:pPr>
          </w:p>
          <w:p w14:paraId="4DBA9ADF" w14:textId="77777777" w:rsidR="00CF278E" w:rsidRPr="00706C5D" w:rsidRDefault="00CF278E" w:rsidP="00915EEA">
            <w:pPr>
              <w:adjustRightInd w:val="0"/>
              <w:snapToGrid w:val="0"/>
              <w:spacing w:after="0" w:line="300" w:lineRule="exact"/>
              <w:rPr>
                <w:rFonts w:ascii="BIZ UDゴシック" w:eastAsia="BIZ UDゴシック" w:hAnsi="BIZ UDゴシック"/>
                <w:sz w:val="24"/>
                <w:szCs w:val="24"/>
                <w:lang w:eastAsia="ja-JP"/>
              </w:rPr>
            </w:pPr>
          </w:p>
          <w:p w14:paraId="0D3A38FD" w14:textId="77777777" w:rsidR="00CF278E" w:rsidRPr="00706C5D" w:rsidRDefault="00CF278E" w:rsidP="00915EEA">
            <w:pPr>
              <w:adjustRightInd w:val="0"/>
              <w:snapToGrid w:val="0"/>
              <w:spacing w:after="0" w:line="300" w:lineRule="exact"/>
              <w:rPr>
                <w:rFonts w:ascii="BIZ UDゴシック" w:eastAsia="BIZ UDゴシック" w:hAnsi="BIZ UDゴシック"/>
                <w:sz w:val="24"/>
                <w:szCs w:val="24"/>
                <w:lang w:eastAsia="ja-JP"/>
              </w:rPr>
            </w:pPr>
          </w:p>
          <w:p w14:paraId="24F4B2FC" w14:textId="77777777" w:rsidR="00CF278E" w:rsidRPr="00706C5D" w:rsidRDefault="00CF278E" w:rsidP="00915EEA">
            <w:pPr>
              <w:adjustRightInd w:val="0"/>
              <w:snapToGrid w:val="0"/>
              <w:spacing w:after="0" w:line="300" w:lineRule="exact"/>
              <w:rPr>
                <w:rFonts w:ascii="BIZ UDゴシック" w:eastAsia="BIZ UDゴシック" w:hAnsi="BIZ UDゴシック"/>
                <w:sz w:val="24"/>
                <w:szCs w:val="24"/>
                <w:lang w:eastAsia="ja-JP"/>
              </w:rPr>
            </w:pPr>
          </w:p>
          <w:p w14:paraId="36B210AB" w14:textId="77777777" w:rsidR="00CF278E" w:rsidRPr="00706C5D" w:rsidRDefault="00CF278E" w:rsidP="00915EEA">
            <w:pPr>
              <w:adjustRightInd w:val="0"/>
              <w:snapToGrid w:val="0"/>
              <w:spacing w:after="0" w:line="300" w:lineRule="exact"/>
              <w:rPr>
                <w:rFonts w:ascii="BIZ UDゴシック" w:eastAsia="BIZ UDゴシック" w:hAnsi="BIZ UDゴシック"/>
                <w:sz w:val="24"/>
                <w:szCs w:val="24"/>
                <w:lang w:eastAsia="ja-JP"/>
              </w:rPr>
            </w:pPr>
          </w:p>
        </w:tc>
      </w:tr>
    </w:tbl>
    <w:p w14:paraId="2944E2EF" w14:textId="358E74B1" w:rsidR="005C7E69" w:rsidRPr="00706C5D" w:rsidRDefault="0024350E" w:rsidP="0024350E">
      <w:pPr>
        <w:adjustRightInd w:val="0"/>
        <w:snapToGrid w:val="0"/>
        <w:spacing w:after="0" w:line="300" w:lineRule="exact"/>
        <w:ind w:leftChars="200" w:left="660" w:hangingChars="100" w:hanging="240"/>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lang w:eastAsia="ja-JP"/>
        </w:rPr>
        <w:t>※</w:t>
      </w:r>
      <w:r w:rsidR="005C7E69" w:rsidRPr="00706C5D">
        <w:rPr>
          <w:rFonts w:ascii="BIZ UDゴシック" w:eastAsia="BIZ UDゴシック" w:hAnsi="BIZ UDゴシック" w:hint="eastAsia"/>
          <w:sz w:val="24"/>
          <w:szCs w:val="24"/>
          <w:lang w:eastAsia="ja-JP"/>
        </w:rPr>
        <w:t>直近決算期ベースを基本とし</w:t>
      </w:r>
      <w:r w:rsidR="00AD6D9D" w:rsidRPr="00706C5D">
        <w:rPr>
          <w:rFonts w:ascii="BIZ UDゴシック" w:eastAsia="BIZ UDゴシック" w:hAnsi="BIZ UDゴシック" w:hint="eastAsia"/>
          <w:sz w:val="24"/>
          <w:szCs w:val="24"/>
          <w:lang w:eastAsia="ja-JP"/>
        </w:rPr>
        <w:t>、</w:t>
      </w:r>
      <w:r w:rsidR="005C7E69" w:rsidRPr="00706C5D">
        <w:rPr>
          <w:rFonts w:ascii="BIZ UDゴシック" w:eastAsia="BIZ UDゴシック" w:hAnsi="BIZ UDゴシック" w:hint="eastAsia"/>
          <w:sz w:val="24"/>
          <w:szCs w:val="24"/>
          <w:lang w:eastAsia="ja-JP"/>
        </w:rPr>
        <w:t>算出が難しい項目は概算で差し支えありません。</w:t>
      </w:r>
    </w:p>
    <w:p w14:paraId="7984654C" w14:textId="717B7BAF" w:rsidR="0024350E" w:rsidRPr="00706C5D" w:rsidRDefault="0024350E" w:rsidP="005C7E69">
      <w:pPr>
        <w:adjustRightInd w:val="0"/>
        <w:snapToGrid w:val="0"/>
        <w:spacing w:after="0" w:line="300" w:lineRule="exact"/>
        <w:ind w:leftChars="300" w:left="630"/>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lang w:eastAsia="ja-JP"/>
        </w:rPr>
        <w:t>県外・海外売上高は、愛媛県外又は海外の企業・顧客等への販売額を指します。県内仕入高は、愛媛県内企業等からの仕入・外注・調達額を指します。</w:t>
      </w:r>
    </w:p>
    <w:p w14:paraId="33BE9593" w14:textId="77777777" w:rsidR="0024350E" w:rsidRPr="00706C5D" w:rsidRDefault="0024350E" w:rsidP="00915EEA">
      <w:pPr>
        <w:adjustRightInd w:val="0"/>
        <w:snapToGrid w:val="0"/>
        <w:spacing w:after="0" w:line="300" w:lineRule="exact"/>
        <w:rPr>
          <w:rFonts w:ascii="BIZ UDゴシック" w:eastAsia="BIZ UDゴシック" w:hAnsi="BIZ UDゴシック"/>
          <w:b/>
          <w:sz w:val="24"/>
          <w:szCs w:val="24"/>
          <w:lang w:eastAsia="ja-JP"/>
        </w:rPr>
      </w:pPr>
    </w:p>
    <w:p w14:paraId="071EE444" w14:textId="4BC13159" w:rsidR="00947B11" w:rsidRPr="00706C5D" w:rsidRDefault="00330D11"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b/>
          <w:sz w:val="24"/>
          <w:szCs w:val="24"/>
          <w:lang w:eastAsia="ja-JP"/>
        </w:rPr>
        <w:t>６　今後の事業計画・投資計画</w:t>
      </w:r>
      <w:r w:rsidR="0033100C" w:rsidRPr="00706C5D">
        <w:rPr>
          <w:rFonts w:ascii="BIZ UDゴシック" w:eastAsia="BIZ UDゴシック" w:hAnsi="BIZ UDゴシック" w:hint="eastAsia"/>
          <w:b/>
          <w:sz w:val="24"/>
          <w:szCs w:val="24"/>
          <w:lang w:eastAsia="ja-JP"/>
        </w:rPr>
        <w:t>【任意】</w:t>
      </w:r>
    </w:p>
    <w:p w14:paraId="2DF7E91E" w14:textId="4CBABC5F" w:rsidR="0024350E" w:rsidRPr="00706C5D" w:rsidRDefault="00330D11" w:rsidP="0024350E">
      <w:pPr>
        <w:adjustRightInd w:val="0"/>
        <w:snapToGrid w:val="0"/>
        <w:spacing w:after="0" w:line="300" w:lineRule="exact"/>
        <w:ind w:leftChars="100" w:left="210" w:firstLineChars="100" w:firstLine="240"/>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lang w:eastAsia="ja-JP"/>
        </w:rPr>
        <w:t>概ね５年間</w:t>
      </w:r>
      <w:r w:rsidR="00AD6D9D" w:rsidRPr="00706C5D">
        <w:rPr>
          <w:rFonts w:ascii="BIZ UDゴシック" w:eastAsia="BIZ UDゴシック" w:hAnsi="BIZ UDゴシック" w:hint="eastAsia"/>
          <w:sz w:val="24"/>
          <w:szCs w:val="24"/>
          <w:lang w:eastAsia="ja-JP"/>
        </w:rPr>
        <w:t>に予定又は</w:t>
      </w:r>
      <w:r w:rsidRPr="00706C5D">
        <w:rPr>
          <w:rFonts w:ascii="BIZ UDゴシック" w:eastAsia="BIZ UDゴシック" w:hAnsi="BIZ UDゴシック"/>
          <w:sz w:val="24"/>
          <w:szCs w:val="24"/>
          <w:lang w:eastAsia="ja-JP"/>
        </w:rPr>
        <w:t>検討している取組があれば記載してください。</w:t>
      </w:r>
    </w:p>
    <w:p w14:paraId="4727B3AF" w14:textId="0801E3BA" w:rsidR="00947B11" w:rsidRPr="00706C5D" w:rsidRDefault="003A312E" w:rsidP="0024350E">
      <w:pPr>
        <w:adjustRightInd w:val="0"/>
        <w:snapToGrid w:val="0"/>
        <w:spacing w:after="0" w:line="300" w:lineRule="exact"/>
        <w:ind w:leftChars="100" w:left="210" w:firstLineChars="100" w:firstLine="240"/>
        <w:rPr>
          <w:rFonts w:ascii="BIZ UDゴシック" w:eastAsia="BIZ UDゴシック" w:hAnsi="BIZ UDゴシック"/>
          <w:sz w:val="24"/>
          <w:szCs w:val="24"/>
          <w:u w:val="single"/>
          <w:lang w:eastAsia="ja-JP"/>
        </w:rPr>
      </w:pPr>
      <w:r>
        <w:rPr>
          <w:rFonts w:ascii="BIZ UDゴシック" w:eastAsia="BIZ UDゴシック" w:hAnsi="BIZ UDゴシック" w:hint="eastAsia"/>
          <w:sz w:val="24"/>
          <w:szCs w:val="24"/>
          <w:u w:val="single"/>
          <w:lang w:eastAsia="ja-JP"/>
        </w:rPr>
        <w:t>検討中のものや</w:t>
      </w:r>
      <w:r w:rsidRPr="00706C5D">
        <w:rPr>
          <w:rFonts w:ascii="BIZ UDゴシック" w:eastAsia="BIZ UDゴシック" w:hAnsi="BIZ UDゴシック"/>
          <w:sz w:val="24"/>
          <w:szCs w:val="24"/>
          <w:u w:val="single"/>
          <w:lang w:eastAsia="ja-JP"/>
        </w:rPr>
        <w:t>最終投資判断</w:t>
      </w:r>
      <w:r>
        <w:rPr>
          <w:rFonts w:ascii="BIZ UDゴシック" w:eastAsia="BIZ UDゴシック" w:hAnsi="BIZ UDゴシック" w:hint="eastAsia"/>
          <w:sz w:val="24"/>
          <w:szCs w:val="24"/>
          <w:u w:val="single"/>
          <w:lang w:eastAsia="ja-JP"/>
        </w:rPr>
        <w:t>に至っていない段階の事業(投資)</w:t>
      </w:r>
      <w:r w:rsidR="009B4647">
        <w:rPr>
          <w:rFonts w:ascii="BIZ UDゴシック" w:eastAsia="BIZ UDゴシック" w:hAnsi="BIZ UDゴシック" w:hint="eastAsia"/>
          <w:sz w:val="24"/>
          <w:szCs w:val="24"/>
          <w:u w:val="single"/>
          <w:lang w:eastAsia="ja-JP"/>
        </w:rPr>
        <w:t>計画</w:t>
      </w:r>
      <w:r w:rsidRPr="00706C5D">
        <w:rPr>
          <w:rFonts w:ascii="BIZ UDゴシック" w:eastAsia="BIZ UDゴシック" w:hAnsi="BIZ UDゴシック"/>
          <w:sz w:val="24"/>
          <w:szCs w:val="24"/>
          <w:u w:val="single"/>
          <w:lang w:eastAsia="ja-JP"/>
        </w:rPr>
        <w:t>でも差し支えありません。</w:t>
      </w:r>
    </w:p>
    <w:p w14:paraId="1A1FB555" w14:textId="77777777" w:rsidR="0024350E" w:rsidRPr="00706C5D" w:rsidRDefault="0024350E" w:rsidP="0024350E">
      <w:pPr>
        <w:adjustRightInd w:val="0"/>
        <w:snapToGrid w:val="0"/>
        <w:spacing w:after="0" w:line="300" w:lineRule="exact"/>
        <w:ind w:firstLineChars="100" w:firstLine="240"/>
        <w:rPr>
          <w:rFonts w:ascii="BIZ UDゴシック" w:eastAsia="BIZ UDゴシック" w:hAnsi="BIZ UDゴシック"/>
          <w:sz w:val="24"/>
          <w:szCs w:val="24"/>
          <w:lang w:eastAsia="ja-JP"/>
        </w:rPr>
      </w:pPr>
      <w:r w:rsidRPr="00706C5D">
        <w:rPr>
          <w:rFonts w:ascii="BIZ UDゴシック" w:eastAsia="BIZ UDゴシック" w:hAnsi="BIZ UDゴシック" w:hint="eastAsia"/>
          <w:sz w:val="24"/>
          <w:szCs w:val="24"/>
          <w:lang w:eastAsia="ja-JP"/>
        </w:rPr>
        <w:t>【</w:t>
      </w:r>
      <w:r w:rsidRPr="00706C5D">
        <w:rPr>
          <w:rFonts w:ascii="BIZ UDゴシック" w:eastAsia="BIZ UDゴシック" w:hAnsi="BIZ UDゴシック"/>
          <w:sz w:val="24"/>
          <w:szCs w:val="24"/>
          <w:lang w:eastAsia="ja-JP"/>
        </w:rPr>
        <w:t>取組区分例</w:t>
      </w:r>
      <w:r w:rsidRPr="00706C5D">
        <w:rPr>
          <w:rFonts w:ascii="BIZ UDゴシック" w:eastAsia="BIZ UDゴシック" w:hAnsi="BIZ UDゴシック" w:hint="eastAsia"/>
          <w:sz w:val="24"/>
          <w:szCs w:val="24"/>
          <w:lang w:eastAsia="ja-JP"/>
        </w:rPr>
        <w:t>】</w:t>
      </w:r>
      <w:r w:rsidRPr="00706C5D">
        <w:rPr>
          <w:rFonts w:ascii="BIZ UDゴシック" w:eastAsia="BIZ UDゴシック" w:hAnsi="BIZ UDゴシック"/>
          <w:sz w:val="24"/>
          <w:szCs w:val="24"/>
          <w:lang w:eastAsia="ja-JP"/>
        </w:rPr>
        <w:t>設備投資、研究開発、試作・評価、ＤＸ・ＧＸ、省力化・自動化、</w:t>
      </w:r>
    </w:p>
    <w:p w14:paraId="588E2D02" w14:textId="77777777" w:rsidR="00AB6CEB" w:rsidRDefault="00330D11" w:rsidP="0024350E">
      <w:pPr>
        <w:adjustRightInd w:val="0"/>
        <w:snapToGrid w:val="0"/>
        <w:spacing w:after="0" w:line="300" w:lineRule="exact"/>
        <w:ind w:firstLineChars="800" w:firstLine="1920"/>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lang w:eastAsia="ja-JP"/>
        </w:rPr>
        <w:t>品質管理、保守管理、居住環境・福利厚生施設等、人材育成、</w:t>
      </w:r>
    </w:p>
    <w:p w14:paraId="59251624" w14:textId="61618496" w:rsidR="00947B11" w:rsidRPr="00706C5D" w:rsidRDefault="00330D11" w:rsidP="0024350E">
      <w:pPr>
        <w:adjustRightInd w:val="0"/>
        <w:snapToGrid w:val="0"/>
        <w:spacing w:after="0" w:line="300" w:lineRule="exact"/>
        <w:ind w:firstLineChars="800" w:firstLine="1920"/>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lang w:eastAsia="ja-JP"/>
        </w:rPr>
        <w:t>販路開拓、共同開発・共同受注など</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126"/>
        <w:gridCol w:w="1969"/>
        <w:gridCol w:w="2249"/>
        <w:gridCol w:w="1302"/>
        <w:gridCol w:w="1513"/>
        <w:gridCol w:w="1470"/>
      </w:tblGrid>
      <w:tr w:rsidR="00947B11" w:rsidRPr="00706C5D" w14:paraId="18F0DDB1" w14:textId="77777777" w:rsidTr="0033100C">
        <w:trPr>
          <w:cantSplit/>
          <w:jc w:val="center"/>
        </w:trPr>
        <w:tc>
          <w:tcPr>
            <w:tcW w:w="1129" w:type="dxa"/>
            <w:shd w:val="clear" w:color="auto" w:fill="FDE9D9" w:themeFill="accent6" w:themeFillTint="33"/>
            <w:vAlign w:val="center"/>
          </w:tcPr>
          <w:p w14:paraId="3DFB174C" w14:textId="77777777" w:rsidR="0033100C" w:rsidRPr="00706C5D" w:rsidRDefault="00330D11" w:rsidP="0033100C">
            <w:pPr>
              <w:adjustRightInd w:val="0"/>
              <w:snapToGrid w:val="0"/>
              <w:spacing w:after="0" w:line="300" w:lineRule="exact"/>
              <w:jc w:val="center"/>
              <w:rPr>
                <w:rFonts w:ascii="BIZ UDゴシック" w:eastAsia="BIZ UDゴシック" w:hAnsi="BIZ UDゴシック"/>
                <w:b/>
                <w:sz w:val="24"/>
                <w:szCs w:val="24"/>
                <w:lang w:eastAsia="ja-JP"/>
              </w:rPr>
            </w:pPr>
            <w:proofErr w:type="spellStart"/>
            <w:r w:rsidRPr="00706C5D">
              <w:rPr>
                <w:rFonts w:ascii="BIZ UDゴシック" w:eastAsia="BIZ UDゴシック" w:hAnsi="BIZ UDゴシック"/>
                <w:b/>
                <w:sz w:val="24"/>
                <w:szCs w:val="24"/>
              </w:rPr>
              <w:t>年度</w:t>
            </w:r>
            <w:proofErr w:type="spellEnd"/>
            <w:r w:rsidRPr="00706C5D">
              <w:rPr>
                <w:rFonts w:ascii="BIZ UDゴシック" w:eastAsia="BIZ UDゴシック" w:hAnsi="BIZ UDゴシック"/>
                <w:b/>
                <w:sz w:val="24"/>
                <w:szCs w:val="24"/>
              </w:rPr>
              <w:t>・</w:t>
            </w:r>
          </w:p>
          <w:p w14:paraId="7ECF4D8C" w14:textId="4434F07F" w:rsidR="00947B11" w:rsidRPr="00706C5D" w:rsidRDefault="00330D11" w:rsidP="0033100C">
            <w:pPr>
              <w:adjustRightInd w:val="0"/>
              <w:snapToGrid w:val="0"/>
              <w:spacing w:after="0" w:line="300" w:lineRule="exact"/>
              <w:jc w:val="center"/>
              <w:rPr>
                <w:rFonts w:ascii="BIZ UDゴシック" w:eastAsia="BIZ UDゴシック" w:hAnsi="BIZ UDゴシック"/>
                <w:b/>
                <w:sz w:val="24"/>
                <w:szCs w:val="24"/>
                <w:lang w:eastAsia="ja-JP"/>
              </w:rPr>
            </w:pPr>
            <w:proofErr w:type="spellStart"/>
            <w:r w:rsidRPr="00706C5D">
              <w:rPr>
                <w:rFonts w:ascii="BIZ UDゴシック" w:eastAsia="BIZ UDゴシック" w:hAnsi="BIZ UDゴシック"/>
                <w:b/>
                <w:sz w:val="24"/>
                <w:szCs w:val="24"/>
              </w:rPr>
              <w:t>時期</w:t>
            </w:r>
            <w:proofErr w:type="spellEnd"/>
          </w:p>
        </w:tc>
        <w:tc>
          <w:tcPr>
            <w:tcW w:w="1985" w:type="dxa"/>
            <w:shd w:val="clear" w:color="auto" w:fill="FDE9D9" w:themeFill="accent6" w:themeFillTint="33"/>
            <w:vAlign w:val="center"/>
          </w:tcPr>
          <w:p w14:paraId="71DEF854" w14:textId="77777777" w:rsidR="00947B11" w:rsidRPr="00706C5D" w:rsidRDefault="00330D11" w:rsidP="0024350E">
            <w:pPr>
              <w:adjustRightInd w:val="0"/>
              <w:snapToGrid w:val="0"/>
              <w:spacing w:after="0" w:line="300" w:lineRule="exact"/>
              <w:jc w:val="center"/>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取組区分</w:t>
            </w:r>
            <w:proofErr w:type="spellEnd"/>
          </w:p>
        </w:tc>
        <w:tc>
          <w:tcPr>
            <w:tcW w:w="2268" w:type="dxa"/>
            <w:shd w:val="clear" w:color="auto" w:fill="FDE9D9" w:themeFill="accent6" w:themeFillTint="33"/>
            <w:vAlign w:val="center"/>
          </w:tcPr>
          <w:p w14:paraId="11E9B41E" w14:textId="77777777" w:rsidR="00947B11" w:rsidRPr="00706C5D" w:rsidRDefault="00330D11" w:rsidP="0024350E">
            <w:pPr>
              <w:adjustRightInd w:val="0"/>
              <w:snapToGrid w:val="0"/>
              <w:spacing w:after="0" w:line="300" w:lineRule="exact"/>
              <w:jc w:val="center"/>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内容</w:t>
            </w:r>
            <w:proofErr w:type="spellEnd"/>
          </w:p>
        </w:tc>
        <w:tc>
          <w:tcPr>
            <w:tcW w:w="1311" w:type="dxa"/>
            <w:shd w:val="clear" w:color="auto" w:fill="FDE9D9" w:themeFill="accent6" w:themeFillTint="33"/>
            <w:vAlign w:val="center"/>
          </w:tcPr>
          <w:p w14:paraId="4DAF9147" w14:textId="77777777" w:rsidR="00947B11" w:rsidRPr="00706C5D" w:rsidRDefault="00330D11" w:rsidP="0024350E">
            <w:pPr>
              <w:adjustRightInd w:val="0"/>
              <w:snapToGrid w:val="0"/>
              <w:spacing w:after="0" w:line="300" w:lineRule="exact"/>
              <w:jc w:val="center"/>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実施場所</w:t>
            </w:r>
            <w:proofErr w:type="spellEnd"/>
          </w:p>
        </w:tc>
        <w:tc>
          <w:tcPr>
            <w:tcW w:w="1524" w:type="dxa"/>
            <w:shd w:val="clear" w:color="auto" w:fill="FDE9D9" w:themeFill="accent6" w:themeFillTint="33"/>
            <w:vAlign w:val="center"/>
          </w:tcPr>
          <w:p w14:paraId="0F7C569E" w14:textId="56F5BC5A" w:rsidR="00947B11" w:rsidRDefault="00D63A04" w:rsidP="0024350E">
            <w:pPr>
              <w:adjustRightInd w:val="0"/>
              <w:snapToGrid w:val="0"/>
              <w:spacing w:after="0" w:line="300" w:lineRule="exact"/>
              <w:jc w:val="center"/>
              <w:rPr>
                <w:rFonts w:ascii="BIZ UDゴシック" w:eastAsia="BIZ UDゴシック" w:hAnsi="BIZ UDゴシック"/>
                <w:b/>
                <w:sz w:val="24"/>
                <w:szCs w:val="24"/>
                <w:lang w:eastAsia="ja-JP"/>
              </w:rPr>
            </w:pPr>
            <w:r>
              <w:rPr>
                <w:rFonts w:ascii="BIZ UDゴシック" w:eastAsia="BIZ UDゴシック" w:hAnsi="BIZ UDゴシック" w:hint="eastAsia"/>
                <w:b/>
                <w:sz w:val="24"/>
                <w:szCs w:val="24"/>
                <w:lang w:eastAsia="ja-JP"/>
              </w:rPr>
              <w:t>概算額</w:t>
            </w:r>
          </w:p>
          <w:p w14:paraId="63653B57" w14:textId="0F975D62" w:rsidR="00715220" w:rsidRPr="00715220" w:rsidRDefault="00715220" w:rsidP="0024350E">
            <w:pPr>
              <w:adjustRightInd w:val="0"/>
              <w:snapToGrid w:val="0"/>
              <w:spacing w:after="0" w:line="300" w:lineRule="exact"/>
              <w:jc w:val="center"/>
              <w:rPr>
                <w:rFonts w:ascii="BIZ UDゴシック" w:eastAsia="BIZ UDゴシック" w:hAnsi="BIZ UDゴシック"/>
                <w:sz w:val="18"/>
                <w:szCs w:val="18"/>
                <w:lang w:eastAsia="ja-JP"/>
              </w:rPr>
            </w:pPr>
            <w:r w:rsidRPr="00715220">
              <w:rPr>
                <w:rFonts w:ascii="BIZ UDゴシック" w:eastAsia="BIZ UDゴシック" w:hAnsi="BIZ UDゴシック" w:hint="eastAsia"/>
                <w:b/>
                <w:sz w:val="18"/>
                <w:szCs w:val="18"/>
                <w:lang w:eastAsia="ja-JP"/>
              </w:rPr>
              <w:t>(百万円)</w:t>
            </w:r>
          </w:p>
        </w:tc>
        <w:tc>
          <w:tcPr>
            <w:tcW w:w="1481" w:type="dxa"/>
            <w:shd w:val="clear" w:color="auto" w:fill="FDE9D9" w:themeFill="accent6" w:themeFillTint="33"/>
            <w:vAlign w:val="center"/>
          </w:tcPr>
          <w:p w14:paraId="3DA25DAF" w14:textId="77777777" w:rsidR="00947B11" w:rsidRPr="00706C5D" w:rsidRDefault="00330D11" w:rsidP="0024350E">
            <w:pPr>
              <w:adjustRightInd w:val="0"/>
              <w:snapToGrid w:val="0"/>
              <w:spacing w:after="0" w:line="300" w:lineRule="exact"/>
              <w:jc w:val="center"/>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期待される効果</w:t>
            </w:r>
            <w:proofErr w:type="spellEnd"/>
          </w:p>
        </w:tc>
      </w:tr>
      <w:tr w:rsidR="00947B11" w:rsidRPr="00706C5D" w14:paraId="72032287" w14:textId="77777777" w:rsidTr="0033100C">
        <w:trPr>
          <w:cantSplit/>
          <w:jc w:val="center"/>
        </w:trPr>
        <w:tc>
          <w:tcPr>
            <w:tcW w:w="1129" w:type="dxa"/>
          </w:tcPr>
          <w:p w14:paraId="1EB8CEF5"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16E6D35A"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2C349C91"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0756EE52"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21C6819D" w14:textId="77777777" w:rsidR="00AB6CEB"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2DFFD495"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6B757DFB"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c>
          <w:tcPr>
            <w:tcW w:w="1985" w:type="dxa"/>
          </w:tcPr>
          <w:p w14:paraId="39BA6E95"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3951A65A"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7D42C2E8"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6CA8DC6D" w14:textId="77777777" w:rsidR="007C73CB" w:rsidRDefault="007C73CB" w:rsidP="00915EEA">
            <w:pPr>
              <w:adjustRightInd w:val="0"/>
              <w:snapToGrid w:val="0"/>
              <w:spacing w:after="0" w:line="300" w:lineRule="exact"/>
              <w:rPr>
                <w:rFonts w:ascii="BIZ UDゴシック" w:eastAsia="BIZ UDゴシック" w:hAnsi="BIZ UDゴシック"/>
                <w:sz w:val="24"/>
                <w:szCs w:val="24"/>
                <w:lang w:eastAsia="ja-JP"/>
              </w:rPr>
            </w:pPr>
          </w:p>
          <w:p w14:paraId="597BC397"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722D78B0"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156EE63F"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c>
          <w:tcPr>
            <w:tcW w:w="2268" w:type="dxa"/>
          </w:tcPr>
          <w:p w14:paraId="46BA7D8F"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07E0BB6B"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10D67D98"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5D437D8E"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142ACF0F"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2AAAF33D"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5A83AD44"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c>
          <w:tcPr>
            <w:tcW w:w="1311" w:type="dxa"/>
          </w:tcPr>
          <w:p w14:paraId="0A137A19"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340AD51A"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1B359F50"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5775CBDB" w14:textId="77777777" w:rsidR="00AB6CEB"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55C3501B"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35C6EEFE"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089AF441"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c>
          <w:tcPr>
            <w:tcW w:w="1524" w:type="dxa"/>
          </w:tcPr>
          <w:p w14:paraId="336F9301"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47DE7661"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38C57637"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771A2A94"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5A39DF23" w14:textId="77777777" w:rsidR="00AB6CEB"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41F61BB2"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3B992054"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c>
          <w:tcPr>
            <w:tcW w:w="1481" w:type="dxa"/>
          </w:tcPr>
          <w:p w14:paraId="5B95DF02"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52A8882A"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155191D5"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08302AB7"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13D6370F" w14:textId="77777777" w:rsidR="00AB6CEB"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5CB106DD"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7C7A11A0"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2E12C66E" w14:textId="77777777" w:rsidTr="0033100C">
        <w:trPr>
          <w:cantSplit/>
          <w:jc w:val="center"/>
        </w:trPr>
        <w:tc>
          <w:tcPr>
            <w:tcW w:w="1129" w:type="dxa"/>
          </w:tcPr>
          <w:p w14:paraId="40D2BE6F"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7DB23394"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7CBFA545"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71F0C5D1"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6E614036" w14:textId="77777777" w:rsidR="00AB6CEB"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45ECD24D"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7D509B89"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c>
          <w:tcPr>
            <w:tcW w:w="1985" w:type="dxa"/>
          </w:tcPr>
          <w:p w14:paraId="125DB338"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3900CF93"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6DB1D64F"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34E95E16"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7C5EC59F" w14:textId="77777777" w:rsidR="00AB6CEB"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6A36780C" w14:textId="77777777" w:rsidR="007C73CB" w:rsidRPr="00706C5D" w:rsidRDefault="007C73CB" w:rsidP="00915EEA">
            <w:pPr>
              <w:adjustRightInd w:val="0"/>
              <w:snapToGrid w:val="0"/>
              <w:spacing w:after="0" w:line="300" w:lineRule="exact"/>
              <w:rPr>
                <w:rFonts w:ascii="BIZ UDゴシック" w:eastAsia="BIZ UDゴシック" w:hAnsi="BIZ UDゴシック"/>
                <w:sz w:val="24"/>
                <w:szCs w:val="24"/>
                <w:lang w:eastAsia="ja-JP"/>
              </w:rPr>
            </w:pPr>
          </w:p>
          <w:p w14:paraId="186BD8C6"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c>
          <w:tcPr>
            <w:tcW w:w="2268" w:type="dxa"/>
          </w:tcPr>
          <w:p w14:paraId="49BC437F"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0F0A70CA"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717E2EEF"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066DD8B0" w14:textId="77777777" w:rsidR="00AB6CEB"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33C91770"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4C3D5E50"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7C67DD19"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c>
          <w:tcPr>
            <w:tcW w:w="1311" w:type="dxa"/>
          </w:tcPr>
          <w:p w14:paraId="70C74D7E"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505CCA5D"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3DA40B72"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1161587C" w14:textId="77777777" w:rsidR="00AB6CEB"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5852368D"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1AA184B7"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3799F8A0"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c>
          <w:tcPr>
            <w:tcW w:w="1524" w:type="dxa"/>
          </w:tcPr>
          <w:p w14:paraId="112A899A"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5ED7C0EA"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1A4BA36D"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47D5EC5B" w14:textId="77777777" w:rsidR="00AB6CEB"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770E6D18"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606C2AE3"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28E3E55F"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c>
          <w:tcPr>
            <w:tcW w:w="1481" w:type="dxa"/>
          </w:tcPr>
          <w:p w14:paraId="59DC15A6"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468242AC"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79BBA9FE"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4EB026F9"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4725E6B5"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1BD980F9"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49E33FC8"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41D1EA72" w14:textId="77777777" w:rsidTr="0033100C">
        <w:trPr>
          <w:cantSplit/>
          <w:jc w:val="center"/>
        </w:trPr>
        <w:tc>
          <w:tcPr>
            <w:tcW w:w="1129" w:type="dxa"/>
          </w:tcPr>
          <w:p w14:paraId="3DF07C0C"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58400EA0"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5C656B7D"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252C7966"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21533D95"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c>
          <w:tcPr>
            <w:tcW w:w="1985" w:type="dxa"/>
          </w:tcPr>
          <w:p w14:paraId="670E2FB8"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496FCE84" w14:textId="77777777" w:rsidR="0033100C"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444963F1" w14:textId="77777777" w:rsidR="007C73CB" w:rsidRPr="00706C5D" w:rsidRDefault="007C73CB" w:rsidP="00915EEA">
            <w:pPr>
              <w:adjustRightInd w:val="0"/>
              <w:snapToGrid w:val="0"/>
              <w:spacing w:after="0" w:line="300" w:lineRule="exact"/>
              <w:rPr>
                <w:rFonts w:ascii="BIZ UDゴシック" w:eastAsia="BIZ UDゴシック" w:hAnsi="BIZ UDゴシック"/>
                <w:sz w:val="24"/>
                <w:szCs w:val="24"/>
                <w:lang w:eastAsia="ja-JP"/>
              </w:rPr>
            </w:pPr>
          </w:p>
          <w:p w14:paraId="366DFA07"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116E4BE2"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c>
          <w:tcPr>
            <w:tcW w:w="2268" w:type="dxa"/>
          </w:tcPr>
          <w:p w14:paraId="71BECA36"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69F928CC" w14:textId="77777777" w:rsidR="00AB6CEB"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61A2FC5F" w14:textId="77777777" w:rsidR="003A312E" w:rsidRDefault="003A312E" w:rsidP="00915EEA">
            <w:pPr>
              <w:adjustRightInd w:val="0"/>
              <w:snapToGrid w:val="0"/>
              <w:spacing w:after="0" w:line="300" w:lineRule="exact"/>
              <w:rPr>
                <w:rFonts w:ascii="BIZ UDゴシック" w:eastAsia="BIZ UDゴシック" w:hAnsi="BIZ UDゴシック"/>
                <w:sz w:val="24"/>
                <w:szCs w:val="24"/>
                <w:lang w:eastAsia="ja-JP"/>
              </w:rPr>
            </w:pPr>
          </w:p>
          <w:p w14:paraId="751C36EA"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4F61CCE8"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c>
          <w:tcPr>
            <w:tcW w:w="1311" w:type="dxa"/>
          </w:tcPr>
          <w:p w14:paraId="544FED13"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4FD73D98"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6A04C679"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6AE13AFF"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75FEB5C5"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c>
          <w:tcPr>
            <w:tcW w:w="1524" w:type="dxa"/>
          </w:tcPr>
          <w:p w14:paraId="0E7FDCEC"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38B77B25" w14:textId="77777777" w:rsidR="00AB6CEB"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0E39F629"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321D75C2"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4790506F"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c>
          <w:tcPr>
            <w:tcW w:w="1481" w:type="dxa"/>
          </w:tcPr>
          <w:p w14:paraId="16A6C50C"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lang w:eastAsia="ja-JP"/>
              </w:rPr>
            </w:pPr>
          </w:p>
          <w:p w14:paraId="7C5E945F"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402049C8"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269BD68F"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p w14:paraId="066A948F" w14:textId="77777777" w:rsidR="0033100C" w:rsidRPr="00706C5D" w:rsidRDefault="0033100C" w:rsidP="00915EEA">
            <w:pPr>
              <w:adjustRightInd w:val="0"/>
              <w:snapToGrid w:val="0"/>
              <w:spacing w:after="0" w:line="300" w:lineRule="exact"/>
              <w:rPr>
                <w:rFonts w:ascii="BIZ UDゴシック" w:eastAsia="BIZ UDゴシック" w:hAnsi="BIZ UDゴシック"/>
                <w:sz w:val="24"/>
                <w:szCs w:val="24"/>
                <w:lang w:eastAsia="ja-JP"/>
              </w:rPr>
            </w:pPr>
          </w:p>
        </w:tc>
      </w:tr>
    </w:tbl>
    <w:p w14:paraId="2D1BEF9B" w14:textId="77777777" w:rsidR="00947B11" w:rsidRDefault="00330D11" w:rsidP="003A312E">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lang w:eastAsia="ja-JP"/>
        </w:rPr>
        <w:t>※記載欄が不足する場合は、行を追加するか別紙を添付してください。</w:t>
      </w:r>
    </w:p>
    <w:p w14:paraId="01ED04D8" w14:textId="2D9F292A" w:rsidR="003A312E" w:rsidRDefault="003A312E" w:rsidP="003A312E">
      <w:pPr>
        <w:adjustRightInd w:val="0"/>
        <w:snapToGrid w:val="0"/>
        <w:spacing w:after="0" w:line="300" w:lineRule="exact"/>
        <w:ind w:left="240" w:hangingChars="100" w:hanging="240"/>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※投資額は概算値で差し支えありませんが、導入予定の設備の概要、投資目的、期待される効果等、投資</w:t>
      </w:r>
      <w:r w:rsidR="009B4647">
        <w:rPr>
          <w:rFonts w:ascii="BIZ UDゴシック" w:eastAsia="BIZ UDゴシック" w:hAnsi="BIZ UDゴシック" w:hint="eastAsia"/>
          <w:sz w:val="24"/>
          <w:szCs w:val="24"/>
          <w:lang w:eastAsia="ja-JP"/>
        </w:rPr>
        <w:t>内容</w:t>
      </w:r>
      <w:r>
        <w:rPr>
          <w:rFonts w:ascii="BIZ UDゴシック" w:eastAsia="BIZ UDゴシック" w:hAnsi="BIZ UDゴシック" w:hint="eastAsia"/>
          <w:sz w:val="24"/>
          <w:szCs w:val="24"/>
          <w:lang w:eastAsia="ja-JP"/>
        </w:rPr>
        <w:t>が分かるよう記載してください。</w:t>
      </w:r>
    </w:p>
    <w:p w14:paraId="251EDDDF" w14:textId="1EAA44C1" w:rsidR="00D63A04" w:rsidRDefault="00D63A04" w:rsidP="003A312E">
      <w:pPr>
        <w:adjustRightInd w:val="0"/>
        <w:snapToGrid w:val="0"/>
        <w:spacing w:after="0" w:line="300" w:lineRule="exact"/>
        <w:ind w:left="240" w:hangingChars="100" w:hanging="240"/>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※段階的な投資の場合は、各段階の内容と事業(投資)計画の全体像を記載してください。</w:t>
      </w:r>
    </w:p>
    <w:p w14:paraId="23C3DF22" w14:textId="3ED8DF0E" w:rsidR="00947B11" w:rsidRPr="00706C5D" w:rsidRDefault="00330D11" w:rsidP="00915EEA">
      <w:pPr>
        <w:adjustRightInd w:val="0"/>
        <w:snapToGrid w:val="0"/>
        <w:spacing w:after="0" w:line="300" w:lineRule="exact"/>
        <w:rPr>
          <w:rFonts w:ascii="BIZ UDゴシック" w:eastAsia="BIZ UDゴシック" w:hAnsi="BIZ UDゴシック"/>
          <w:b/>
          <w:sz w:val="24"/>
          <w:szCs w:val="24"/>
          <w:lang w:eastAsia="ja-JP"/>
        </w:rPr>
      </w:pPr>
      <w:r w:rsidRPr="00706C5D">
        <w:rPr>
          <w:rFonts w:ascii="BIZ UDゴシック" w:eastAsia="BIZ UDゴシック" w:hAnsi="BIZ UDゴシック"/>
          <w:b/>
          <w:sz w:val="24"/>
          <w:szCs w:val="24"/>
          <w:lang w:eastAsia="ja-JP"/>
        </w:rPr>
        <w:lastRenderedPageBreak/>
        <w:t>７　地域内への波及効果</w:t>
      </w:r>
      <w:r w:rsidR="0033100C" w:rsidRPr="00706C5D">
        <w:rPr>
          <w:rFonts w:ascii="BIZ UDゴシック" w:eastAsia="BIZ UDゴシック" w:hAnsi="BIZ UDゴシック" w:hint="eastAsia"/>
          <w:b/>
          <w:sz w:val="24"/>
          <w:szCs w:val="24"/>
          <w:lang w:eastAsia="ja-JP"/>
        </w:rPr>
        <w:t>【必須】</w:t>
      </w:r>
    </w:p>
    <w:p w14:paraId="6206B77C" w14:textId="4C46B3BF" w:rsidR="0024350E" w:rsidRPr="00706C5D" w:rsidRDefault="0024350E" w:rsidP="0024350E">
      <w:pPr>
        <w:adjustRightInd w:val="0"/>
        <w:snapToGrid w:val="0"/>
        <w:spacing w:after="0" w:line="300" w:lineRule="exact"/>
        <w:ind w:firstLineChars="200" w:firstLine="480"/>
        <w:rPr>
          <w:rFonts w:ascii="BIZ UDゴシック" w:eastAsia="BIZ UDゴシック" w:hAnsi="BIZ UDゴシック"/>
          <w:sz w:val="24"/>
          <w:szCs w:val="24"/>
          <w:lang w:eastAsia="ja-JP"/>
        </w:rPr>
      </w:pPr>
      <w:r w:rsidRPr="00706C5D">
        <w:rPr>
          <w:rFonts w:ascii="BIZ UDゴシック" w:eastAsia="BIZ UDゴシック" w:hAnsi="BIZ UDゴシック" w:hint="eastAsia"/>
          <w:sz w:val="24"/>
          <w:szCs w:val="24"/>
          <w:lang w:eastAsia="ja-JP"/>
        </w:rPr>
        <w:t>各項目</w:t>
      </w:r>
      <w:r w:rsidR="00CF278E" w:rsidRPr="00706C5D">
        <w:rPr>
          <w:rFonts w:ascii="BIZ UDゴシック" w:eastAsia="BIZ UDゴシック" w:hAnsi="BIZ UDゴシック" w:hint="eastAsia"/>
          <w:sz w:val="24"/>
          <w:szCs w:val="24"/>
          <w:lang w:eastAsia="ja-JP"/>
        </w:rPr>
        <w:t>について、</w:t>
      </w:r>
      <w:r w:rsidRPr="00706C5D">
        <w:rPr>
          <w:rFonts w:ascii="BIZ UDゴシック" w:eastAsia="BIZ UDゴシック" w:hAnsi="BIZ UDゴシック" w:hint="eastAsia"/>
          <w:sz w:val="24"/>
          <w:szCs w:val="24"/>
          <w:lang w:eastAsia="ja-JP"/>
        </w:rPr>
        <w:t>記載してください。</w:t>
      </w:r>
    </w:p>
    <w:p w14:paraId="44C2F75D" w14:textId="416595B3" w:rsidR="00CF278E" w:rsidRPr="00706C5D" w:rsidRDefault="00CF278E" w:rsidP="0024350E">
      <w:pPr>
        <w:adjustRightInd w:val="0"/>
        <w:snapToGrid w:val="0"/>
        <w:spacing w:after="0" w:line="300" w:lineRule="exact"/>
        <w:ind w:firstLineChars="200" w:firstLine="480"/>
        <w:rPr>
          <w:rFonts w:ascii="BIZ UDゴシック" w:eastAsia="BIZ UDゴシック" w:hAnsi="BIZ UDゴシック"/>
          <w:sz w:val="24"/>
          <w:szCs w:val="24"/>
          <w:u w:val="single"/>
          <w:lang w:eastAsia="ja-JP"/>
        </w:rPr>
      </w:pPr>
      <w:r w:rsidRPr="00706C5D">
        <w:rPr>
          <w:rFonts w:ascii="BIZ UDゴシック" w:eastAsia="BIZ UDゴシック" w:hAnsi="BIZ UDゴシック" w:hint="eastAsia"/>
          <w:sz w:val="24"/>
          <w:szCs w:val="24"/>
          <w:u w:val="single"/>
          <w:lang w:eastAsia="ja-JP"/>
        </w:rPr>
        <w:t>現時点での見込みや想定でも差し支えありません。</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262"/>
        <w:gridCol w:w="7367"/>
      </w:tblGrid>
      <w:tr w:rsidR="00947B11" w:rsidRPr="00706C5D" w14:paraId="0102E9A7" w14:textId="77777777" w:rsidTr="0033100C">
        <w:trPr>
          <w:cantSplit/>
          <w:jc w:val="center"/>
        </w:trPr>
        <w:tc>
          <w:tcPr>
            <w:tcW w:w="2263" w:type="dxa"/>
            <w:shd w:val="clear" w:color="auto" w:fill="FDE9D9" w:themeFill="accent6" w:themeFillTint="33"/>
            <w:vAlign w:val="center"/>
          </w:tcPr>
          <w:p w14:paraId="2C53DC51"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b/>
                <w:sz w:val="24"/>
                <w:szCs w:val="24"/>
                <w:lang w:eastAsia="ja-JP"/>
              </w:rPr>
              <w:t>県内企業等への発注・仕入・調達拡大の見込み</w:t>
            </w:r>
          </w:p>
        </w:tc>
        <w:tc>
          <w:tcPr>
            <w:tcW w:w="7371" w:type="dxa"/>
            <w:vAlign w:val="center"/>
          </w:tcPr>
          <w:p w14:paraId="2B4FF337" w14:textId="77777777" w:rsidR="00947B11" w:rsidRPr="00706C5D" w:rsidRDefault="00330D11" w:rsidP="0024350E">
            <w:pPr>
              <w:adjustRightInd w:val="0"/>
              <w:snapToGrid w:val="0"/>
              <w:spacing w:after="0" w:line="220" w:lineRule="exact"/>
              <w:rPr>
                <w:rFonts w:ascii="BIZ UDゴシック" w:eastAsia="BIZ UDゴシック" w:hAnsi="BIZ UDゴシック"/>
                <w:sz w:val="20"/>
                <w:szCs w:val="20"/>
                <w:lang w:eastAsia="ja-JP"/>
              </w:rPr>
            </w:pPr>
            <w:r w:rsidRPr="00706C5D">
              <w:rPr>
                <w:rFonts w:ascii="BIZ UDゴシック" w:eastAsia="BIZ UDゴシック" w:hAnsi="BIZ UDゴシック"/>
                <w:sz w:val="20"/>
                <w:szCs w:val="20"/>
                <w:lang w:eastAsia="ja-JP"/>
              </w:rPr>
              <w:t>県内企業等との取引拡大、共同開発・共同受注、県内調達の拡大見込み等を記載してください。</w:t>
            </w:r>
          </w:p>
          <w:p w14:paraId="54870D9E" w14:textId="77777777" w:rsidR="0024350E" w:rsidRPr="00706C5D" w:rsidRDefault="0024350E" w:rsidP="00915EEA">
            <w:pPr>
              <w:adjustRightInd w:val="0"/>
              <w:snapToGrid w:val="0"/>
              <w:spacing w:after="0" w:line="300" w:lineRule="exact"/>
              <w:rPr>
                <w:rFonts w:ascii="BIZ UDゴシック" w:eastAsia="BIZ UDゴシック" w:hAnsi="BIZ UDゴシック"/>
                <w:sz w:val="24"/>
                <w:szCs w:val="24"/>
                <w:lang w:eastAsia="ja-JP"/>
              </w:rPr>
            </w:pPr>
          </w:p>
          <w:p w14:paraId="29D06CC8" w14:textId="77777777" w:rsidR="0024350E" w:rsidRDefault="0024350E" w:rsidP="00915EEA">
            <w:pPr>
              <w:adjustRightInd w:val="0"/>
              <w:snapToGrid w:val="0"/>
              <w:spacing w:after="0" w:line="300" w:lineRule="exact"/>
              <w:rPr>
                <w:rFonts w:ascii="BIZ UDゴシック" w:eastAsia="BIZ UDゴシック" w:hAnsi="BIZ UDゴシック"/>
                <w:sz w:val="24"/>
                <w:szCs w:val="24"/>
                <w:lang w:eastAsia="ja-JP"/>
              </w:rPr>
            </w:pPr>
          </w:p>
          <w:p w14:paraId="2837D569" w14:textId="36BA0AB5" w:rsidR="0024350E" w:rsidRPr="00706C5D" w:rsidRDefault="0024350E"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42D535E5" w14:textId="77777777" w:rsidTr="0033100C">
        <w:trPr>
          <w:cantSplit/>
          <w:jc w:val="center"/>
        </w:trPr>
        <w:tc>
          <w:tcPr>
            <w:tcW w:w="2263" w:type="dxa"/>
            <w:shd w:val="clear" w:color="auto" w:fill="FDE9D9" w:themeFill="accent6" w:themeFillTint="33"/>
            <w:vAlign w:val="center"/>
          </w:tcPr>
          <w:p w14:paraId="67CA4A3D"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b/>
                <w:sz w:val="24"/>
                <w:szCs w:val="24"/>
                <w:lang w:eastAsia="ja-JP"/>
              </w:rPr>
              <w:t>県外・海外需要の獲得見込み</w:t>
            </w:r>
          </w:p>
        </w:tc>
        <w:tc>
          <w:tcPr>
            <w:tcW w:w="7371" w:type="dxa"/>
            <w:vAlign w:val="center"/>
          </w:tcPr>
          <w:p w14:paraId="097CA92F" w14:textId="77777777" w:rsidR="00947B11" w:rsidRPr="00706C5D" w:rsidRDefault="00330D11" w:rsidP="0024350E">
            <w:pPr>
              <w:adjustRightInd w:val="0"/>
              <w:snapToGrid w:val="0"/>
              <w:spacing w:after="0" w:line="220" w:lineRule="exact"/>
              <w:rPr>
                <w:rFonts w:ascii="BIZ UDゴシック" w:eastAsia="BIZ UDゴシック" w:hAnsi="BIZ UDゴシック"/>
                <w:sz w:val="20"/>
                <w:szCs w:val="20"/>
                <w:lang w:eastAsia="ja-JP"/>
              </w:rPr>
            </w:pPr>
            <w:r w:rsidRPr="00706C5D">
              <w:rPr>
                <w:rFonts w:ascii="BIZ UDゴシック" w:eastAsia="BIZ UDゴシック" w:hAnsi="BIZ UDゴシック"/>
                <w:sz w:val="20"/>
                <w:szCs w:val="20"/>
                <w:lang w:eastAsia="ja-JP"/>
              </w:rPr>
              <w:t>県外・海外向け売上、国内上位シェア、販路拡大、新市場開拓等の見込みを記載してください。</w:t>
            </w:r>
          </w:p>
          <w:p w14:paraId="2B83E929" w14:textId="77777777" w:rsidR="0024350E" w:rsidRPr="00706C5D" w:rsidRDefault="0024350E" w:rsidP="00915EEA">
            <w:pPr>
              <w:adjustRightInd w:val="0"/>
              <w:snapToGrid w:val="0"/>
              <w:spacing w:after="0" w:line="300" w:lineRule="exact"/>
              <w:rPr>
                <w:rFonts w:ascii="BIZ UDゴシック" w:eastAsia="BIZ UDゴシック" w:hAnsi="BIZ UDゴシック"/>
                <w:sz w:val="24"/>
                <w:szCs w:val="24"/>
                <w:lang w:eastAsia="ja-JP"/>
              </w:rPr>
            </w:pPr>
          </w:p>
          <w:p w14:paraId="78109424"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568EE432" w14:textId="35325DD9" w:rsidR="0024350E" w:rsidRPr="00706C5D" w:rsidRDefault="0024350E"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32E43A63" w14:textId="77777777" w:rsidTr="0033100C">
        <w:trPr>
          <w:cantSplit/>
          <w:jc w:val="center"/>
        </w:trPr>
        <w:tc>
          <w:tcPr>
            <w:tcW w:w="2263" w:type="dxa"/>
            <w:shd w:val="clear" w:color="auto" w:fill="FDE9D9" w:themeFill="accent6" w:themeFillTint="33"/>
            <w:vAlign w:val="center"/>
          </w:tcPr>
          <w:p w14:paraId="088162F8"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b/>
                <w:sz w:val="24"/>
                <w:szCs w:val="24"/>
                <w:lang w:eastAsia="ja-JP"/>
              </w:rPr>
              <w:t>付加価値向上・生産性向上の見込み</w:t>
            </w:r>
          </w:p>
        </w:tc>
        <w:tc>
          <w:tcPr>
            <w:tcW w:w="7371" w:type="dxa"/>
            <w:vAlign w:val="center"/>
          </w:tcPr>
          <w:p w14:paraId="322A8FA3" w14:textId="77777777" w:rsidR="00947B11" w:rsidRPr="00706C5D" w:rsidRDefault="00330D11" w:rsidP="0024350E">
            <w:pPr>
              <w:adjustRightInd w:val="0"/>
              <w:snapToGrid w:val="0"/>
              <w:spacing w:after="0" w:line="220" w:lineRule="exact"/>
              <w:rPr>
                <w:rFonts w:ascii="BIZ UDゴシック" w:eastAsia="BIZ UDゴシック" w:hAnsi="BIZ UDゴシック"/>
                <w:sz w:val="20"/>
                <w:szCs w:val="20"/>
                <w:lang w:eastAsia="ja-JP"/>
              </w:rPr>
            </w:pPr>
            <w:r w:rsidRPr="00706C5D">
              <w:rPr>
                <w:rFonts w:ascii="BIZ UDゴシック" w:eastAsia="BIZ UDゴシック" w:hAnsi="BIZ UDゴシック"/>
                <w:sz w:val="20"/>
                <w:szCs w:val="20"/>
                <w:lang w:eastAsia="ja-JP"/>
              </w:rPr>
              <w:t>売上拡大、収益力向上、省人化、品質向上、コスト低減、製品高付加価値化等を記載してください。</w:t>
            </w:r>
          </w:p>
          <w:p w14:paraId="31E62969" w14:textId="77777777" w:rsidR="0024350E" w:rsidRDefault="0024350E" w:rsidP="00915EEA">
            <w:pPr>
              <w:adjustRightInd w:val="0"/>
              <w:snapToGrid w:val="0"/>
              <w:spacing w:after="0" w:line="300" w:lineRule="exact"/>
              <w:rPr>
                <w:rFonts w:ascii="BIZ UDゴシック" w:eastAsia="BIZ UDゴシック" w:hAnsi="BIZ UDゴシック"/>
                <w:sz w:val="24"/>
                <w:szCs w:val="24"/>
                <w:lang w:eastAsia="ja-JP"/>
              </w:rPr>
            </w:pPr>
          </w:p>
          <w:p w14:paraId="16550BA3"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66BE7039" w14:textId="0E731312" w:rsidR="0024350E" w:rsidRPr="00706C5D" w:rsidRDefault="0024350E" w:rsidP="00915EEA">
            <w:pPr>
              <w:adjustRightInd w:val="0"/>
              <w:snapToGrid w:val="0"/>
              <w:spacing w:after="0" w:line="300" w:lineRule="exact"/>
              <w:rPr>
                <w:rFonts w:ascii="BIZ UDゴシック" w:eastAsia="BIZ UDゴシック" w:hAnsi="BIZ UDゴシック"/>
                <w:sz w:val="24"/>
                <w:szCs w:val="24"/>
                <w:lang w:eastAsia="ja-JP"/>
              </w:rPr>
            </w:pPr>
          </w:p>
        </w:tc>
      </w:tr>
      <w:tr w:rsidR="00947B11" w:rsidRPr="00706C5D" w14:paraId="059D38E3" w14:textId="77777777" w:rsidTr="0033100C">
        <w:trPr>
          <w:cantSplit/>
          <w:jc w:val="center"/>
        </w:trPr>
        <w:tc>
          <w:tcPr>
            <w:tcW w:w="2263" w:type="dxa"/>
            <w:shd w:val="clear" w:color="auto" w:fill="FDE9D9" w:themeFill="accent6" w:themeFillTint="33"/>
            <w:vAlign w:val="center"/>
          </w:tcPr>
          <w:p w14:paraId="78A0AF38"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b/>
                <w:sz w:val="24"/>
                <w:szCs w:val="24"/>
                <w:lang w:eastAsia="ja-JP"/>
              </w:rPr>
              <w:t>人材確保・育成・定着の取組</w:t>
            </w:r>
          </w:p>
        </w:tc>
        <w:tc>
          <w:tcPr>
            <w:tcW w:w="7371" w:type="dxa"/>
            <w:vAlign w:val="center"/>
          </w:tcPr>
          <w:p w14:paraId="794A5503" w14:textId="77777777" w:rsidR="00947B11" w:rsidRPr="00706C5D" w:rsidRDefault="00330D11" w:rsidP="0024350E">
            <w:pPr>
              <w:adjustRightInd w:val="0"/>
              <w:snapToGrid w:val="0"/>
              <w:spacing w:after="0" w:line="220" w:lineRule="exact"/>
              <w:rPr>
                <w:rFonts w:ascii="BIZ UDゴシック" w:eastAsia="BIZ UDゴシック" w:hAnsi="BIZ UDゴシック"/>
                <w:sz w:val="20"/>
                <w:szCs w:val="20"/>
                <w:lang w:eastAsia="ja-JP"/>
              </w:rPr>
            </w:pPr>
            <w:r w:rsidRPr="00706C5D">
              <w:rPr>
                <w:rFonts w:ascii="BIZ UDゴシック" w:eastAsia="BIZ UDゴシック" w:hAnsi="BIZ UDゴシック"/>
                <w:sz w:val="20"/>
                <w:szCs w:val="20"/>
                <w:lang w:eastAsia="ja-JP"/>
              </w:rPr>
              <w:t>採用、研修、リスキリング、技能継承、若年人材・外国人材・デジタル人材等に関する取組を記載してください。</w:t>
            </w:r>
          </w:p>
          <w:p w14:paraId="4A326EFB" w14:textId="77777777" w:rsidR="0024350E" w:rsidRDefault="0024350E" w:rsidP="00915EEA">
            <w:pPr>
              <w:adjustRightInd w:val="0"/>
              <w:snapToGrid w:val="0"/>
              <w:spacing w:after="0" w:line="300" w:lineRule="exact"/>
              <w:rPr>
                <w:rFonts w:ascii="BIZ UDゴシック" w:eastAsia="BIZ UDゴシック" w:hAnsi="BIZ UDゴシック"/>
                <w:sz w:val="24"/>
                <w:szCs w:val="24"/>
                <w:lang w:eastAsia="ja-JP"/>
              </w:rPr>
            </w:pPr>
          </w:p>
          <w:p w14:paraId="0B7632DA" w14:textId="77777777" w:rsidR="0024350E" w:rsidRPr="00706C5D" w:rsidRDefault="0024350E" w:rsidP="00915EEA">
            <w:pPr>
              <w:adjustRightInd w:val="0"/>
              <w:snapToGrid w:val="0"/>
              <w:spacing w:after="0" w:line="300" w:lineRule="exact"/>
              <w:rPr>
                <w:rFonts w:ascii="BIZ UDゴシック" w:eastAsia="BIZ UDゴシック" w:hAnsi="BIZ UDゴシック"/>
                <w:sz w:val="24"/>
                <w:szCs w:val="24"/>
                <w:lang w:eastAsia="ja-JP"/>
              </w:rPr>
            </w:pPr>
          </w:p>
          <w:p w14:paraId="476EED95" w14:textId="25D528D3" w:rsidR="0024350E" w:rsidRPr="00706C5D" w:rsidRDefault="0024350E" w:rsidP="00915EEA">
            <w:pPr>
              <w:adjustRightInd w:val="0"/>
              <w:snapToGrid w:val="0"/>
              <w:spacing w:after="0" w:line="300" w:lineRule="exact"/>
              <w:rPr>
                <w:rFonts w:ascii="BIZ UDゴシック" w:eastAsia="BIZ UDゴシック" w:hAnsi="BIZ UDゴシック"/>
                <w:sz w:val="24"/>
                <w:szCs w:val="24"/>
                <w:lang w:eastAsia="ja-JP"/>
              </w:rPr>
            </w:pPr>
          </w:p>
        </w:tc>
      </w:tr>
    </w:tbl>
    <w:p w14:paraId="6E0CC6A8" w14:textId="77777777" w:rsidR="0024350E" w:rsidRPr="00706C5D" w:rsidRDefault="0024350E" w:rsidP="00915EEA">
      <w:pPr>
        <w:adjustRightInd w:val="0"/>
        <w:snapToGrid w:val="0"/>
        <w:spacing w:after="0" w:line="300" w:lineRule="exact"/>
        <w:rPr>
          <w:rFonts w:ascii="BIZ UDゴシック" w:eastAsia="BIZ UDゴシック" w:hAnsi="BIZ UDゴシック"/>
          <w:b/>
          <w:sz w:val="24"/>
          <w:szCs w:val="24"/>
          <w:lang w:eastAsia="ja-JP"/>
        </w:rPr>
      </w:pPr>
    </w:p>
    <w:p w14:paraId="7B9C0213" w14:textId="6B01866D" w:rsidR="00947B11" w:rsidRPr="00706C5D" w:rsidRDefault="00330D11" w:rsidP="00915EEA">
      <w:pPr>
        <w:adjustRightInd w:val="0"/>
        <w:snapToGrid w:val="0"/>
        <w:spacing w:after="0" w:line="300" w:lineRule="exact"/>
        <w:rPr>
          <w:rFonts w:ascii="BIZ UDゴシック" w:eastAsia="BIZ UDゴシック" w:hAnsi="BIZ UDゴシック"/>
          <w:b/>
          <w:sz w:val="24"/>
          <w:szCs w:val="24"/>
          <w:lang w:eastAsia="ja-JP"/>
        </w:rPr>
      </w:pPr>
      <w:r w:rsidRPr="00706C5D">
        <w:rPr>
          <w:rFonts w:ascii="BIZ UDゴシック" w:eastAsia="BIZ UDゴシック" w:hAnsi="BIZ UDゴシック"/>
          <w:b/>
          <w:sz w:val="24"/>
          <w:szCs w:val="24"/>
          <w:lang w:eastAsia="ja-JP"/>
        </w:rPr>
        <w:t>８　行政・支援機関等に求める支援、事業実施上の課題</w:t>
      </w:r>
      <w:r w:rsidR="0033100C" w:rsidRPr="00706C5D">
        <w:rPr>
          <w:rFonts w:ascii="BIZ UDゴシック" w:eastAsia="BIZ UDゴシック" w:hAnsi="BIZ UDゴシック" w:hint="eastAsia"/>
          <w:b/>
          <w:sz w:val="24"/>
          <w:szCs w:val="24"/>
          <w:lang w:eastAsia="ja-JP"/>
        </w:rPr>
        <w:t>【任意】</w:t>
      </w:r>
    </w:p>
    <w:p w14:paraId="261D35C6" w14:textId="10EA3CB4" w:rsidR="0024350E" w:rsidRPr="00706C5D" w:rsidRDefault="0024350E" w:rsidP="0024350E">
      <w:pPr>
        <w:adjustRightInd w:val="0"/>
        <w:snapToGrid w:val="0"/>
        <w:spacing w:after="0" w:line="300" w:lineRule="exact"/>
        <w:ind w:firstLineChars="200" w:firstLine="480"/>
        <w:rPr>
          <w:rFonts w:ascii="BIZ UDゴシック" w:eastAsia="BIZ UDゴシック" w:hAnsi="BIZ UDゴシック"/>
          <w:bCs/>
          <w:sz w:val="24"/>
          <w:szCs w:val="24"/>
          <w:lang w:eastAsia="ja-JP"/>
        </w:rPr>
      </w:pPr>
      <w:r w:rsidRPr="00706C5D">
        <w:rPr>
          <w:rFonts w:ascii="BIZ UDゴシック" w:eastAsia="BIZ UDゴシック" w:hAnsi="BIZ UDゴシック" w:hint="eastAsia"/>
          <w:bCs/>
          <w:sz w:val="24"/>
          <w:szCs w:val="24"/>
          <w:lang w:eastAsia="ja-JP"/>
        </w:rPr>
        <w:t>該当する事項があれば、記載してください。</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258"/>
        <w:gridCol w:w="7371"/>
      </w:tblGrid>
      <w:tr w:rsidR="00947B11" w:rsidRPr="00706C5D" w14:paraId="3A2DBDAB" w14:textId="77777777" w:rsidTr="0033100C">
        <w:trPr>
          <w:cantSplit/>
          <w:jc w:val="center"/>
        </w:trPr>
        <w:tc>
          <w:tcPr>
            <w:tcW w:w="2263" w:type="dxa"/>
            <w:shd w:val="clear" w:color="auto" w:fill="FDE9D9" w:themeFill="accent6" w:themeFillTint="33"/>
            <w:vAlign w:val="center"/>
          </w:tcPr>
          <w:p w14:paraId="2B089A26" w14:textId="77777777" w:rsidR="00947B11" w:rsidRPr="00706C5D" w:rsidRDefault="00330D11"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支援ニーズ・課題</w:t>
            </w:r>
            <w:proofErr w:type="spellEnd"/>
          </w:p>
        </w:tc>
        <w:tc>
          <w:tcPr>
            <w:tcW w:w="7391" w:type="dxa"/>
            <w:vAlign w:val="center"/>
          </w:tcPr>
          <w:p w14:paraId="0189EDDC" w14:textId="77777777" w:rsidR="00947B11" w:rsidRPr="00706C5D" w:rsidRDefault="00330D11" w:rsidP="0024350E">
            <w:pPr>
              <w:adjustRightInd w:val="0"/>
              <w:snapToGrid w:val="0"/>
              <w:spacing w:after="0" w:line="220" w:lineRule="exact"/>
              <w:rPr>
                <w:rFonts w:ascii="BIZ UDゴシック" w:eastAsia="BIZ UDゴシック" w:hAnsi="BIZ UDゴシック"/>
                <w:sz w:val="20"/>
                <w:szCs w:val="20"/>
                <w:lang w:eastAsia="ja-JP"/>
              </w:rPr>
            </w:pPr>
            <w:r w:rsidRPr="00706C5D">
              <w:rPr>
                <w:rFonts w:ascii="BIZ UDゴシック" w:eastAsia="BIZ UDゴシック" w:hAnsi="BIZ UDゴシック"/>
                <w:sz w:val="20"/>
                <w:szCs w:val="20"/>
                <w:lang w:eastAsia="ja-JP"/>
              </w:rPr>
              <w:t>支援制度、補助金、融資、技術相談、専門家派遣、マッチング、販路開拓、人材確保、インフラ、規制・制度面の課題等について記載してください。</w:t>
            </w:r>
          </w:p>
          <w:p w14:paraId="076B1166" w14:textId="77777777" w:rsidR="0024350E" w:rsidRPr="00706C5D" w:rsidRDefault="0024350E" w:rsidP="00915EEA">
            <w:pPr>
              <w:adjustRightInd w:val="0"/>
              <w:snapToGrid w:val="0"/>
              <w:spacing w:after="0" w:line="300" w:lineRule="exact"/>
              <w:rPr>
                <w:rFonts w:ascii="BIZ UDゴシック" w:eastAsia="BIZ UDゴシック" w:hAnsi="BIZ UDゴシック"/>
                <w:sz w:val="24"/>
                <w:szCs w:val="24"/>
                <w:lang w:eastAsia="ja-JP"/>
              </w:rPr>
            </w:pPr>
          </w:p>
          <w:p w14:paraId="085A8AA2" w14:textId="77777777" w:rsidR="00AB6CEB" w:rsidRPr="00706C5D"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040E7867" w14:textId="47AEBBC2" w:rsidR="0024350E" w:rsidRPr="00706C5D" w:rsidRDefault="0024350E" w:rsidP="00915EEA">
            <w:pPr>
              <w:adjustRightInd w:val="0"/>
              <w:snapToGrid w:val="0"/>
              <w:spacing w:after="0" w:line="300" w:lineRule="exact"/>
              <w:rPr>
                <w:rFonts w:ascii="BIZ UDゴシック" w:eastAsia="BIZ UDゴシック" w:hAnsi="BIZ UDゴシック"/>
                <w:sz w:val="24"/>
                <w:szCs w:val="24"/>
                <w:lang w:eastAsia="ja-JP"/>
              </w:rPr>
            </w:pPr>
          </w:p>
        </w:tc>
      </w:tr>
    </w:tbl>
    <w:p w14:paraId="7C227C65" w14:textId="77777777" w:rsidR="0024350E" w:rsidRPr="00706C5D" w:rsidRDefault="0024350E" w:rsidP="00915EEA">
      <w:pPr>
        <w:adjustRightInd w:val="0"/>
        <w:snapToGrid w:val="0"/>
        <w:spacing w:after="0" w:line="300" w:lineRule="exact"/>
        <w:rPr>
          <w:rFonts w:ascii="BIZ UDゴシック" w:eastAsia="BIZ UDゴシック" w:hAnsi="BIZ UDゴシック"/>
          <w:b/>
          <w:sz w:val="24"/>
          <w:szCs w:val="24"/>
          <w:lang w:eastAsia="ja-JP"/>
        </w:rPr>
      </w:pPr>
    </w:p>
    <w:p w14:paraId="07D21015" w14:textId="119113B3" w:rsidR="00947B11" w:rsidRPr="00706C5D" w:rsidRDefault="00330D11" w:rsidP="00AB6CEB">
      <w:pPr>
        <w:adjustRightInd w:val="0"/>
        <w:snapToGrid w:val="0"/>
        <w:spacing w:after="0" w:line="300" w:lineRule="exact"/>
        <w:rPr>
          <w:rFonts w:ascii="BIZ UDゴシック" w:eastAsia="BIZ UDゴシック" w:hAnsi="BIZ UDゴシック"/>
          <w:b/>
          <w:sz w:val="24"/>
          <w:szCs w:val="24"/>
          <w:lang w:eastAsia="ja-JP"/>
        </w:rPr>
      </w:pPr>
      <w:r w:rsidRPr="00706C5D">
        <w:rPr>
          <w:rFonts w:ascii="BIZ UDゴシック" w:eastAsia="BIZ UDゴシック" w:hAnsi="BIZ UDゴシック"/>
          <w:b/>
          <w:sz w:val="24"/>
          <w:szCs w:val="24"/>
          <w:lang w:eastAsia="ja-JP"/>
        </w:rPr>
        <w:t>９　公表・情報共有に関する確認</w:t>
      </w:r>
      <w:r w:rsidR="0033100C" w:rsidRPr="00706C5D">
        <w:rPr>
          <w:rFonts w:ascii="BIZ UDゴシック" w:eastAsia="BIZ UDゴシック" w:hAnsi="BIZ UDゴシック" w:hint="eastAsia"/>
          <w:b/>
          <w:sz w:val="24"/>
          <w:szCs w:val="24"/>
          <w:lang w:eastAsia="ja-JP"/>
        </w:rPr>
        <w:t>【必須】</w:t>
      </w:r>
    </w:p>
    <w:p w14:paraId="4F279E7C" w14:textId="627E5530" w:rsidR="00CF278E" w:rsidRPr="00026B8D" w:rsidRDefault="00CF278E" w:rsidP="00AB6CEB">
      <w:pPr>
        <w:adjustRightInd w:val="0"/>
        <w:snapToGrid w:val="0"/>
        <w:spacing w:after="0" w:line="300" w:lineRule="exact"/>
        <w:ind w:firstLineChars="200" w:firstLine="480"/>
        <w:rPr>
          <w:rFonts w:ascii="BIZ UDゴシック" w:eastAsia="BIZ UDゴシック" w:hAnsi="BIZ UDゴシック"/>
          <w:bCs/>
          <w:sz w:val="24"/>
          <w:szCs w:val="24"/>
          <w:lang w:eastAsia="ja-JP"/>
        </w:rPr>
      </w:pPr>
      <w:r w:rsidRPr="00026B8D">
        <w:rPr>
          <w:rFonts w:ascii="BIZ UDゴシック" w:eastAsia="BIZ UDゴシック" w:hAnsi="BIZ UDゴシック" w:hint="eastAsia"/>
          <w:bCs/>
          <w:sz w:val="24"/>
          <w:szCs w:val="24"/>
          <w:lang w:eastAsia="ja-JP"/>
        </w:rPr>
        <w:t>以下</w:t>
      </w:r>
      <w:r w:rsidR="00E754CC" w:rsidRPr="00026B8D">
        <w:rPr>
          <w:rFonts w:ascii="BIZ UDゴシック" w:eastAsia="BIZ UDゴシック" w:hAnsi="BIZ UDゴシック" w:hint="eastAsia"/>
          <w:bCs/>
          <w:sz w:val="24"/>
          <w:szCs w:val="24"/>
          <w:lang w:eastAsia="ja-JP"/>
        </w:rPr>
        <w:t>の内容</w:t>
      </w:r>
      <w:r w:rsidR="000D3FC0" w:rsidRPr="00026B8D">
        <w:rPr>
          <w:rFonts w:ascii="BIZ UDゴシック" w:eastAsia="BIZ UDゴシック" w:hAnsi="BIZ UDゴシック" w:hint="eastAsia"/>
          <w:bCs/>
          <w:sz w:val="24"/>
          <w:szCs w:val="24"/>
          <w:lang w:eastAsia="ja-JP"/>
        </w:rPr>
        <w:t>を確認の上</w:t>
      </w:r>
      <w:r w:rsidRPr="00026B8D">
        <w:rPr>
          <w:rFonts w:ascii="BIZ UDゴシック" w:eastAsia="BIZ UDゴシック" w:hAnsi="BIZ UDゴシック" w:hint="eastAsia"/>
          <w:bCs/>
          <w:sz w:val="24"/>
          <w:szCs w:val="24"/>
          <w:lang w:eastAsia="ja-JP"/>
        </w:rPr>
        <w:t>、</w:t>
      </w:r>
      <w:r w:rsidR="000D3FC0" w:rsidRPr="00026B8D">
        <w:rPr>
          <w:rFonts w:ascii="BIZ UDゴシック" w:eastAsia="BIZ UDゴシック" w:hAnsi="BIZ UDゴシック" w:hint="eastAsia"/>
          <w:bCs/>
          <w:sz w:val="24"/>
          <w:szCs w:val="24"/>
          <w:lang w:eastAsia="ja-JP"/>
        </w:rPr>
        <w:t>全ての項目に</w:t>
      </w:r>
      <w:r w:rsidRPr="00026B8D">
        <w:rPr>
          <w:rFonts w:ascii="BIZ UDゴシック" w:eastAsia="BIZ UDゴシック" w:hAnsi="BIZ UDゴシック" w:hint="eastAsia"/>
          <w:bCs/>
          <w:sz w:val="24"/>
          <w:szCs w:val="24"/>
          <w:lang w:eastAsia="ja-JP"/>
        </w:rPr>
        <w:t>チェックしてください。</w:t>
      </w:r>
    </w:p>
    <w:p w14:paraId="20BFA9A2" w14:textId="4576C61E" w:rsidR="00947B11" w:rsidRPr="00026B8D" w:rsidRDefault="00941523" w:rsidP="003A312E">
      <w:pPr>
        <w:adjustRightInd w:val="0"/>
        <w:snapToGrid w:val="0"/>
        <w:spacing w:after="0" w:line="240" w:lineRule="exact"/>
        <w:ind w:leftChars="100" w:left="450" w:hangingChars="100" w:hanging="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492962789"/>
          <w14:checkbox>
            <w14:checked w14:val="0"/>
            <w14:checkedState w14:val="00FE" w14:font="Wingdings"/>
            <w14:uncheckedState w14:val="2610" w14:font="ＭＳ ゴシック"/>
          </w14:checkbox>
        </w:sdtPr>
        <w:sdtEndPr/>
        <w:sdtContent>
          <w:r w:rsidR="009D5A86" w:rsidRPr="00026B8D">
            <w:rPr>
              <w:rFonts w:ascii="ＭＳ ゴシック" w:eastAsia="ＭＳ ゴシック" w:hAnsi="ＭＳ ゴシック" w:hint="eastAsia"/>
              <w:sz w:val="24"/>
              <w:szCs w:val="24"/>
              <w:lang w:eastAsia="ja-JP"/>
            </w:rPr>
            <w:t>☐</w:t>
          </w:r>
        </w:sdtContent>
      </w:sdt>
      <w:r w:rsidR="0033100C" w:rsidRPr="00026B8D">
        <w:rPr>
          <w:rFonts w:ascii="BIZ UDゴシック" w:eastAsia="BIZ UDゴシック" w:hAnsi="BIZ UDゴシック"/>
          <w:sz w:val="24"/>
          <w:szCs w:val="24"/>
          <w:lang w:eastAsia="ja-JP"/>
        </w:rPr>
        <w:t xml:space="preserve"> </w:t>
      </w:r>
      <w:r w:rsidR="00026B8D" w:rsidRPr="00026B8D">
        <w:rPr>
          <w:rFonts w:ascii="BIZ UDゴシック" w:eastAsia="BIZ UDゴシック" w:hAnsi="BIZ UDゴシック" w:hint="eastAsia"/>
          <w:sz w:val="24"/>
          <w:szCs w:val="24"/>
          <w:lang w:eastAsia="ja-JP"/>
        </w:rPr>
        <w:t>応募企業が県により計画推進の核となる企業として選定され、当該企業を含む地域産業クラスター計画が国により決定された場合、企業</w:t>
      </w:r>
      <w:r w:rsidR="009B4647">
        <w:rPr>
          <w:rFonts w:ascii="BIZ UDゴシック" w:eastAsia="BIZ UDゴシック" w:hAnsi="BIZ UDゴシック" w:hint="eastAsia"/>
          <w:sz w:val="24"/>
          <w:szCs w:val="24"/>
          <w:lang w:eastAsia="ja-JP"/>
        </w:rPr>
        <w:t>名</w:t>
      </w:r>
      <w:r w:rsidR="00026B8D" w:rsidRPr="00026B8D">
        <w:rPr>
          <w:rFonts w:ascii="BIZ UDゴシック" w:eastAsia="BIZ UDゴシック" w:hAnsi="BIZ UDゴシック" w:hint="eastAsia"/>
          <w:sz w:val="24"/>
          <w:szCs w:val="24"/>
          <w:lang w:eastAsia="ja-JP"/>
        </w:rPr>
        <w:t>が</w:t>
      </w:r>
      <w:r w:rsidR="009B4647">
        <w:rPr>
          <w:rFonts w:ascii="BIZ UDゴシック" w:eastAsia="BIZ UDゴシック" w:hAnsi="BIZ UDゴシック" w:hint="eastAsia"/>
          <w:sz w:val="24"/>
          <w:szCs w:val="24"/>
          <w:lang w:eastAsia="ja-JP"/>
        </w:rPr>
        <w:t>内閣官房ホームページで</w:t>
      </w:r>
      <w:r w:rsidR="00026B8D" w:rsidRPr="00026B8D">
        <w:rPr>
          <w:rFonts w:ascii="BIZ UDゴシック" w:eastAsia="BIZ UDゴシック" w:hAnsi="BIZ UDゴシック" w:hint="eastAsia"/>
          <w:sz w:val="24"/>
          <w:szCs w:val="24"/>
          <w:lang w:eastAsia="ja-JP"/>
        </w:rPr>
        <w:t>公表される</w:t>
      </w:r>
      <w:r w:rsidR="00472B97">
        <w:rPr>
          <w:rFonts w:ascii="BIZ UDゴシック" w:eastAsia="BIZ UDゴシック" w:hAnsi="BIZ UDゴシック" w:hint="eastAsia"/>
          <w:sz w:val="24"/>
          <w:szCs w:val="24"/>
          <w:lang w:eastAsia="ja-JP"/>
        </w:rPr>
        <w:t>予定であること</w:t>
      </w:r>
      <w:r w:rsidR="00026B8D" w:rsidRPr="00026B8D">
        <w:rPr>
          <w:rFonts w:ascii="BIZ UDゴシック" w:eastAsia="BIZ UDゴシック" w:hAnsi="BIZ UDゴシック" w:hint="eastAsia"/>
          <w:sz w:val="24"/>
          <w:szCs w:val="24"/>
          <w:lang w:eastAsia="ja-JP"/>
        </w:rPr>
        <w:t>。</w:t>
      </w:r>
    </w:p>
    <w:p w14:paraId="73DB6193" w14:textId="5965DD4B" w:rsidR="00947B11" w:rsidRPr="00026B8D" w:rsidRDefault="00941523" w:rsidP="00AB6CEB">
      <w:pPr>
        <w:adjustRightInd w:val="0"/>
        <w:snapToGrid w:val="0"/>
        <w:spacing w:after="0" w:line="240" w:lineRule="exact"/>
        <w:ind w:leftChars="100" w:left="450" w:hangingChars="100" w:hanging="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658998154"/>
          <w14:checkbox>
            <w14:checked w14:val="0"/>
            <w14:checkedState w14:val="00FE" w14:font="Wingdings"/>
            <w14:uncheckedState w14:val="2610" w14:font="ＭＳ ゴシック"/>
          </w14:checkbox>
        </w:sdtPr>
        <w:sdtEndPr/>
        <w:sdtContent>
          <w:r w:rsidR="0033100C" w:rsidRPr="00026B8D">
            <w:rPr>
              <w:rFonts w:ascii="ＭＳ ゴシック" w:eastAsia="ＭＳ ゴシック" w:hAnsi="ＭＳ ゴシック" w:hint="eastAsia"/>
              <w:sz w:val="24"/>
              <w:szCs w:val="24"/>
              <w:lang w:eastAsia="ja-JP"/>
            </w:rPr>
            <w:t>☐</w:t>
          </w:r>
        </w:sdtContent>
      </w:sdt>
      <w:r w:rsidR="0033100C" w:rsidRPr="00026B8D">
        <w:rPr>
          <w:rFonts w:ascii="BIZ UDゴシック" w:eastAsia="BIZ UDゴシック" w:hAnsi="BIZ UDゴシック"/>
          <w:sz w:val="24"/>
          <w:szCs w:val="24"/>
          <w:lang w:eastAsia="ja-JP"/>
        </w:rPr>
        <w:t xml:space="preserve"> </w:t>
      </w:r>
      <w:r w:rsidR="00026B8D" w:rsidRPr="00026B8D">
        <w:rPr>
          <w:rFonts w:ascii="BIZ UDゴシック" w:eastAsia="BIZ UDゴシック" w:hAnsi="BIZ UDゴシック" w:hint="eastAsia"/>
          <w:sz w:val="24"/>
          <w:szCs w:val="24"/>
          <w:lang w:eastAsia="ja-JP"/>
        </w:rPr>
        <w:t>売上高、取引額、投資額、個別の取引先、未公表の技術・事業計画等の個社情報は、応募企業の同意がある場合を除き、原則として公表されないこと。</w:t>
      </w:r>
    </w:p>
    <w:p w14:paraId="1A5E418C" w14:textId="60A19C07" w:rsidR="00026B8D" w:rsidRPr="00026B8D" w:rsidRDefault="00941523" w:rsidP="00AB6CEB">
      <w:pPr>
        <w:adjustRightInd w:val="0"/>
        <w:snapToGrid w:val="0"/>
        <w:spacing w:after="0" w:line="240" w:lineRule="exact"/>
        <w:ind w:leftChars="100" w:left="450" w:hangingChars="100" w:hanging="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226421972"/>
          <w14:checkbox>
            <w14:checked w14:val="0"/>
            <w14:checkedState w14:val="00FE" w14:font="Wingdings"/>
            <w14:uncheckedState w14:val="2610" w14:font="ＭＳ ゴシック"/>
          </w14:checkbox>
        </w:sdtPr>
        <w:sdtEndPr/>
        <w:sdtContent>
          <w:r w:rsidR="0033100C" w:rsidRPr="00026B8D">
            <w:rPr>
              <w:rFonts w:ascii="ＭＳ ゴシック" w:eastAsia="ＭＳ ゴシック" w:hAnsi="ＭＳ ゴシック" w:hint="eastAsia"/>
              <w:sz w:val="24"/>
              <w:szCs w:val="24"/>
              <w:lang w:eastAsia="ja-JP"/>
            </w:rPr>
            <w:t>☐</w:t>
          </w:r>
        </w:sdtContent>
      </w:sdt>
      <w:r w:rsidR="0033100C" w:rsidRPr="00026B8D">
        <w:rPr>
          <w:rFonts w:ascii="BIZ UDゴシック" w:eastAsia="BIZ UDゴシック" w:hAnsi="BIZ UDゴシック"/>
          <w:sz w:val="24"/>
          <w:szCs w:val="24"/>
          <w:lang w:eastAsia="ja-JP"/>
        </w:rPr>
        <w:t xml:space="preserve"> </w:t>
      </w:r>
      <w:r w:rsidR="00026B8D" w:rsidRPr="00026B8D">
        <w:rPr>
          <w:rFonts w:ascii="BIZ UDゴシック" w:eastAsia="BIZ UDゴシック" w:hAnsi="BIZ UDゴシック" w:hint="eastAsia"/>
          <w:sz w:val="24"/>
          <w:szCs w:val="24"/>
          <w:lang w:eastAsia="ja-JP"/>
        </w:rPr>
        <w:t>計画策定、国との協議及び県、市町、支援機関等による伴走支援の検討に必要な範囲で、応募内容が関係機関に共有される場合があること。</w:t>
      </w:r>
    </w:p>
    <w:p w14:paraId="37D6C957" w14:textId="64B0043A" w:rsidR="003A312E" w:rsidRPr="00026B8D" w:rsidRDefault="00941523" w:rsidP="003A312E">
      <w:pPr>
        <w:adjustRightInd w:val="0"/>
        <w:snapToGrid w:val="0"/>
        <w:spacing w:after="0" w:line="240" w:lineRule="exact"/>
        <w:ind w:leftChars="100" w:left="450" w:hangingChars="100" w:hanging="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349225531"/>
          <w14:checkbox>
            <w14:checked w14:val="0"/>
            <w14:checkedState w14:val="00FE" w14:font="Wingdings"/>
            <w14:uncheckedState w14:val="2610" w14:font="ＭＳ ゴシック"/>
          </w14:checkbox>
        </w:sdtPr>
        <w:sdtEndPr/>
        <w:sdtContent>
          <w:r w:rsidR="003A312E" w:rsidRPr="00026B8D">
            <w:rPr>
              <w:rFonts w:ascii="ＭＳ ゴシック" w:eastAsia="ＭＳ ゴシック" w:hAnsi="ＭＳ ゴシック" w:hint="eastAsia"/>
              <w:sz w:val="24"/>
              <w:szCs w:val="24"/>
              <w:lang w:eastAsia="ja-JP"/>
            </w:rPr>
            <w:t>☐</w:t>
          </w:r>
        </w:sdtContent>
      </w:sdt>
      <w:r w:rsidR="003A312E" w:rsidRPr="00026B8D">
        <w:rPr>
          <w:rFonts w:ascii="BIZ UDゴシック" w:eastAsia="BIZ UDゴシック" w:hAnsi="BIZ UDゴシック"/>
          <w:sz w:val="24"/>
          <w:szCs w:val="24"/>
          <w:lang w:eastAsia="ja-JP"/>
        </w:rPr>
        <w:t xml:space="preserve"> </w:t>
      </w:r>
      <w:r w:rsidR="00026B8D" w:rsidRPr="00026B8D">
        <w:rPr>
          <w:rFonts w:ascii="BIZ UDゴシック" w:eastAsia="BIZ UDゴシック" w:hAnsi="BIZ UDゴシック" w:hint="eastAsia"/>
          <w:sz w:val="24"/>
          <w:szCs w:val="24"/>
          <w:lang w:eastAsia="ja-JP"/>
        </w:rPr>
        <w:t>応募された事業(投資)計画の全てが地域産業クラスター計画に位置付けられるものではないこと。</w:t>
      </w:r>
    </w:p>
    <w:p w14:paraId="72775678" w14:textId="5D779763" w:rsidR="00026B8D" w:rsidRPr="00026B8D" w:rsidRDefault="00941523" w:rsidP="00AB6CEB">
      <w:pPr>
        <w:adjustRightInd w:val="0"/>
        <w:snapToGrid w:val="0"/>
        <w:spacing w:after="0" w:line="240" w:lineRule="exact"/>
        <w:ind w:leftChars="100" w:left="450" w:hangingChars="100" w:hanging="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1368825181"/>
          <w14:checkbox>
            <w14:checked w14:val="0"/>
            <w14:checkedState w14:val="00FE" w14:font="Wingdings"/>
            <w14:uncheckedState w14:val="2610" w14:font="ＭＳ ゴシック"/>
          </w14:checkbox>
        </w:sdtPr>
        <w:sdtEndPr/>
        <w:sdtContent>
          <w:r w:rsidR="003A312E" w:rsidRPr="00026B8D">
            <w:rPr>
              <w:rFonts w:ascii="ＭＳ ゴシック" w:eastAsia="ＭＳ ゴシック" w:hAnsi="ＭＳ ゴシック" w:hint="eastAsia"/>
              <w:sz w:val="24"/>
              <w:szCs w:val="24"/>
              <w:lang w:eastAsia="ja-JP"/>
            </w:rPr>
            <w:t>☐</w:t>
          </w:r>
        </w:sdtContent>
      </w:sdt>
      <w:r w:rsidR="003A312E" w:rsidRPr="00026B8D">
        <w:rPr>
          <w:rFonts w:ascii="BIZ UDゴシック" w:eastAsia="BIZ UDゴシック" w:hAnsi="BIZ UDゴシック"/>
          <w:sz w:val="24"/>
          <w:szCs w:val="24"/>
          <w:lang w:eastAsia="ja-JP"/>
        </w:rPr>
        <w:t xml:space="preserve"> </w:t>
      </w:r>
      <w:r w:rsidR="009B4647">
        <w:rPr>
          <w:rFonts w:ascii="BIZ UDゴシック" w:eastAsia="BIZ UDゴシック" w:hAnsi="BIZ UDゴシック" w:hint="eastAsia"/>
          <w:sz w:val="24"/>
          <w:szCs w:val="24"/>
          <w:lang w:eastAsia="ja-JP"/>
        </w:rPr>
        <w:t>県</w:t>
      </w:r>
      <w:r w:rsidR="009B4647" w:rsidRPr="009B4647">
        <w:rPr>
          <w:rFonts w:ascii="BIZ UDゴシック" w:eastAsia="BIZ UDゴシック" w:hAnsi="BIZ UDゴシック"/>
          <w:sz w:val="24"/>
          <w:szCs w:val="24"/>
          <w:lang w:eastAsia="ja-JP"/>
        </w:rPr>
        <w:t>による企業の選定後、当該企業を含む地域産業クラスター計画が国により決定されることをもって、計画への位置付けが確定すること。</w:t>
      </w:r>
    </w:p>
    <w:p w14:paraId="3BF45BA0" w14:textId="10B49187" w:rsidR="00AB6CEB" w:rsidRPr="00026B8D" w:rsidRDefault="00941523" w:rsidP="00AB6CEB">
      <w:pPr>
        <w:adjustRightInd w:val="0"/>
        <w:snapToGrid w:val="0"/>
        <w:spacing w:after="0" w:line="240" w:lineRule="exact"/>
        <w:ind w:leftChars="100" w:left="450" w:hangingChars="100" w:hanging="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802389746"/>
          <w14:checkbox>
            <w14:checked w14:val="0"/>
            <w14:checkedState w14:val="00FE" w14:font="Wingdings"/>
            <w14:uncheckedState w14:val="2610" w14:font="ＭＳ ゴシック"/>
          </w14:checkbox>
        </w:sdtPr>
        <w:sdtEndPr/>
        <w:sdtContent>
          <w:r w:rsidR="0033100C" w:rsidRPr="00026B8D">
            <w:rPr>
              <w:rFonts w:ascii="ＭＳ ゴシック" w:eastAsia="ＭＳ ゴシック" w:hAnsi="ＭＳ ゴシック" w:hint="eastAsia"/>
              <w:sz w:val="24"/>
              <w:szCs w:val="24"/>
              <w:lang w:eastAsia="ja-JP"/>
            </w:rPr>
            <w:t>☐</w:t>
          </w:r>
        </w:sdtContent>
      </w:sdt>
      <w:r w:rsidR="0033100C" w:rsidRPr="00026B8D">
        <w:rPr>
          <w:rFonts w:ascii="BIZ UDゴシック" w:eastAsia="BIZ UDゴシック" w:hAnsi="BIZ UDゴシック"/>
          <w:sz w:val="24"/>
          <w:szCs w:val="24"/>
          <w:lang w:eastAsia="ja-JP"/>
        </w:rPr>
        <w:t xml:space="preserve"> </w:t>
      </w:r>
      <w:r w:rsidR="00026B8D" w:rsidRPr="00026B8D">
        <w:rPr>
          <w:rFonts w:ascii="BIZ UDゴシック" w:eastAsia="BIZ UDゴシック" w:hAnsi="BIZ UDゴシック" w:hint="eastAsia"/>
          <w:sz w:val="24"/>
          <w:szCs w:val="24"/>
          <w:lang w:eastAsia="ja-JP"/>
        </w:rPr>
        <w:t>本応募又は計画への位置付けにより、国又は県の支援施策の採択又は活用が確約されるものではないこと。</w:t>
      </w:r>
    </w:p>
    <w:p w14:paraId="611D1E52" w14:textId="46BB4E60" w:rsidR="00947B11" w:rsidRPr="00706C5D" w:rsidRDefault="00941523" w:rsidP="00AB6CEB">
      <w:pPr>
        <w:adjustRightInd w:val="0"/>
        <w:snapToGrid w:val="0"/>
        <w:spacing w:after="0" w:line="240" w:lineRule="exact"/>
        <w:ind w:leftChars="100" w:left="450" w:hangingChars="100" w:hanging="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298810089"/>
          <w14:checkbox>
            <w14:checked w14:val="0"/>
            <w14:checkedState w14:val="00FE" w14:font="Wingdings"/>
            <w14:uncheckedState w14:val="2610" w14:font="ＭＳ ゴシック"/>
          </w14:checkbox>
        </w:sdtPr>
        <w:sdtEndPr/>
        <w:sdtContent>
          <w:r w:rsidR="0033100C" w:rsidRPr="00026B8D">
            <w:rPr>
              <w:rFonts w:ascii="ＭＳ ゴシック" w:eastAsia="ＭＳ ゴシック" w:hAnsi="ＭＳ ゴシック" w:hint="eastAsia"/>
              <w:sz w:val="24"/>
              <w:szCs w:val="24"/>
              <w:lang w:eastAsia="ja-JP"/>
            </w:rPr>
            <w:t>☐</w:t>
          </w:r>
        </w:sdtContent>
      </w:sdt>
      <w:r w:rsidR="0033100C" w:rsidRPr="00026B8D">
        <w:rPr>
          <w:rFonts w:ascii="BIZ UDゴシック" w:eastAsia="BIZ UDゴシック" w:hAnsi="BIZ UDゴシック"/>
          <w:sz w:val="24"/>
          <w:szCs w:val="24"/>
          <w:lang w:eastAsia="ja-JP"/>
        </w:rPr>
        <w:t xml:space="preserve"> </w:t>
      </w:r>
      <w:r w:rsidR="00026B8D" w:rsidRPr="00026B8D">
        <w:rPr>
          <w:rFonts w:ascii="BIZ UDゴシック" w:eastAsia="BIZ UDゴシック" w:hAnsi="BIZ UDゴシック" w:hint="eastAsia"/>
          <w:sz w:val="24"/>
          <w:szCs w:val="24"/>
          <w:lang w:eastAsia="ja-JP"/>
        </w:rPr>
        <w:t>必要に応じて、県からの追加確認、ヒアリング及び計画期間中の進捗確認に協力すること。</w:t>
      </w:r>
    </w:p>
    <w:p w14:paraId="5ACFD688" w14:textId="77777777" w:rsidR="004F2759" w:rsidRPr="00706C5D" w:rsidRDefault="004F2759" w:rsidP="00AB6CEB">
      <w:pPr>
        <w:adjustRightInd w:val="0"/>
        <w:snapToGrid w:val="0"/>
        <w:spacing w:after="0" w:line="240" w:lineRule="exact"/>
        <w:rPr>
          <w:rFonts w:ascii="BIZ UDゴシック" w:eastAsia="BIZ UDゴシック" w:hAnsi="BIZ UDゴシック"/>
          <w:b/>
          <w:sz w:val="24"/>
          <w:szCs w:val="24"/>
          <w:lang w:eastAsia="ja-JP"/>
        </w:rPr>
      </w:pPr>
    </w:p>
    <w:p w14:paraId="35212B7F" w14:textId="719ACDA3" w:rsidR="00947B11" w:rsidRPr="00706C5D" w:rsidRDefault="00330D11" w:rsidP="00AB6CEB">
      <w:pPr>
        <w:adjustRightInd w:val="0"/>
        <w:snapToGrid w:val="0"/>
        <w:spacing w:after="0" w:line="300" w:lineRule="exact"/>
        <w:rPr>
          <w:rFonts w:ascii="BIZ UDゴシック" w:eastAsia="BIZ UDゴシック" w:hAnsi="BIZ UDゴシック"/>
          <w:b/>
          <w:sz w:val="24"/>
          <w:szCs w:val="24"/>
          <w:lang w:eastAsia="ja-JP"/>
        </w:rPr>
      </w:pPr>
      <w:r w:rsidRPr="00706C5D">
        <w:rPr>
          <w:rFonts w:ascii="BIZ UDゴシック" w:eastAsia="BIZ UDゴシック" w:hAnsi="BIZ UDゴシック"/>
          <w:b/>
          <w:sz w:val="24"/>
          <w:szCs w:val="24"/>
          <w:lang w:eastAsia="ja-JP"/>
        </w:rPr>
        <w:t>10　添付書類</w:t>
      </w:r>
      <w:bookmarkStart w:id="0" w:name="_Hlk237868237"/>
      <w:r w:rsidR="0033100C" w:rsidRPr="00706C5D">
        <w:rPr>
          <w:rFonts w:ascii="BIZ UDゴシック" w:eastAsia="BIZ UDゴシック" w:hAnsi="BIZ UDゴシック" w:hint="eastAsia"/>
          <w:b/>
          <w:sz w:val="24"/>
          <w:szCs w:val="24"/>
          <w:lang w:eastAsia="ja-JP"/>
        </w:rPr>
        <w:t>【必須】</w:t>
      </w:r>
      <w:bookmarkEnd w:id="0"/>
    </w:p>
    <w:p w14:paraId="7A26C471" w14:textId="622CD5F0" w:rsidR="00CF278E" w:rsidRPr="00706C5D" w:rsidRDefault="00CF278E" w:rsidP="00AB6CEB">
      <w:pPr>
        <w:adjustRightInd w:val="0"/>
        <w:snapToGrid w:val="0"/>
        <w:spacing w:after="0" w:line="300" w:lineRule="exact"/>
        <w:ind w:firstLineChars="200" w:firstLine="480"/>
        <w:rPr>
          <w:rFonts w:ascii="BIZ UDゴシック" w:eastAsia="BIZ UDゴシック" w:hAnsi="BIZ UDゴシック"/>
          <w:bCs/>
          <w:sz w:val="24"/>
          <w:szCs w:val="24"/>
          <w:lang w:eastAsia="ja-JP"/>
        </w:rPr>
      </w:pPr>
      <w:r w:rsidRPr="00706C5D">
        <w:rPr>
          <w:rFonts w:ascii="BIZ UDゴシック" w:eastAsia="BIZ UDゴシック" w:hAnsi="BIZ UDゴシック" w:hint="eastAsia"/>
          <w:bCs/>
          <w:sz w:val="24"/>
          <w:szCs w:val="24"/>
          <w:lang w:eastAsia="ja-JP"/>
        </w:rPr>
        <w:t>以下の書類</w:t>
      </w:r>
      <w:r w:rsidR="000D3FC0">
        <w:rPr>
          <w:rFonts w:ascii="BIZ UDゴシック" w:eastAsia="BIZ UDゴシック" w:hAnsi="BIZ UDゴシック" w:hint="eastAsia"/>
          <w:bCs/>
          <w:sz w:val="24"/>
          <w:szCs w:val="24"/>
          <w:lang w:eastAsia="ja-JP"/>
        </w:rPr>
        <w:t>を添付し、該当欄に</w:t>
      </w:r>
      <w:r w:rsidRPr="00706C5D">
        <w:rPr>
          <w:rFonts w:ascii="BIZ UDゴシック" w:eastAsia="BIZ UDゴシック" w:hAnsi="BIZ UDゴシック" w:hint="eastAsia"/>
          <w:bCs/>
          <w:sz w:val="24"/>
          <w:szCs w:val="24"/>
          <w:lang w:eastAsia="ja-JP"/>
        </w:rPr>
        <w:t>チェックしてください。</w:t>
      </w:r>
    </w:p>
    <w:p w14:paraId="548E7CB4" w14:textId="7740D6B1" w:rsidR="00947B11" w:rsidRPr="00706C5D" w:rsidRDefault="00941523" w:rsidP="00AB6CEB">
      <w:pPr>
        <w:adjustRightInd w:val="0"/>
        <w:snapToGrid w:val="0"/>
        <w:spacing w:after="0" w:line="240" w:lineRule="exact"/>
        <w:ind w:firstLineChars="100" w:firstLine="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1815474230"/>
          <w14:checkbox>
            <w14:checked w14:val="0"/>
            <w14:checkedState w14:val="00FE" w14:font="Wingdings"/>
            <w14:uncheckedState w14:val="2610" w14:font="ＭＳ ゴシック"/>
          </w14:checkbox>
        </w:sdtPr>
        <w:sdtEndPr/>
        <w:sdtContent>
          <w:r w:rsidR="00AB6CEB">
            <w:rPr>
              <w:rFonts w:ascii="ＭＳ ゴシック" w:eastAsia="ＭＳ ゴシック" w:hAnsi="ＭＳ ゴシック" w:hint="eastAsia"/>
              <w:sz w:val="24"/>
              <w:szCs w:val="24"/>
              <w:lang w:eastAsia="ja-JP"/>
            </w:rPr>
            <w:t>☐</w:t>
          </w:r>
        </w:sdtContent>
      </w:sdt>
      <w:r w:rsidR="0033100C" w:rsidRPr="00706C5D">
        <w:rPr>
          <w:rFonts w:ascii="BIZ UDゴシック" w:eastAsia="BIZ UDゴシック" w:hAnsi="BIZ UDゴシック"/>
          <w:sz w:val="24"/>
          <w:szCs w:val="24"/>
          <w:lang w:eastAsia="ja-JP"/>
        </w:rPr>
        <w:t xml:space="preserve"> 直近</w:t>
      </w:r>
      <w:r w:rsidR="0024350E" w:rsidRPr="00706C5D">
        <w:rPr>
          <w:rFonts w:ascii="BIZ UDゴシック" w:eastAsia="BIZ UDゴシック" w:hAnsi="BIZ UDゴシック" w:hint="eastAsia"/>
          <w:sz w:val="24"/>
          <w:szCs w:val="24"/>
          <w:lang w:eastAsia="ja-JP"/>
        </w:rPr>
        <w:t>１</w:t>
      </w:r>
      <w:r w:rsidR="0033100C" w:rsidRPr="00706C5D">
        <w:rPr>
          <w:rFonts w:ascii="BIZ UDゴシック" w:eastAsia="BIZ UDゴシック" w:hAnsi="BIZ UDゴシック"/>
          <w:sz w:val="24"/>
          <w:szCs w:val="24"/>
          <w:lang w:eastAsia="ja-JP"/>
        </w:rPr>
        <w:t>期分の決算書</w:t>
      </w:r>
      <w:r w:rsidR="00876E40" w:rsidRPr="00706C5D">
        <w:rPr>
          <w:rFonts w:ascii="BIZ UDゴシック" w:eastAsia="BIZ UDゴシック" w:hAnsi="BIZ UDゴシック" w:hint="eastAsia"/>
          <w:b/>
          <w:sz w:val="24"/>
          <w:szCs w:val="24"/>
          <w:lang w:eastAsia="ja-JP"/>
        </w:rPr>
        <w:t>【必須】</w:t>
      </w:r>
    </w:p>
    <w:p w14:paraId="3B6B282B" w14:textId="67C3B2DC" w:rsidR="0024350E" w:rsidRPr="00706C5D" w:rsidRDefault="00941523" w:rsidP="00AB6CEB">
      <w:pPr>
        <w:adjustRightInd w:val="0"/>
        <w:snapToGrid w:val="0"/>
        <w:spacing w:after="0" w:line="240" w:lineRule="exact"/>
        <w:ind w:firstLineChars="100" w:firstLine="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1455396360"/>
          <w14:checkbox>
            <w14:checked w14:val="0"/>
            <w14:checkedState w14:val="00FE" w14:font="Wingdings"/>
            <w14:uncheckedState w14:val="2610" w14:font="ＭＳ ゴシック"/>
          </w14:checkbox>
        </w:sdtPr>
        <w:sdtEndPr/>
        <w:sdtContent>
          <w:r w:rsidR="0033100C" w:rsidRPr="00706C5D">
            <w:rPr>
              <w:rFonts w:ascii="ＭＳ ゴシック" w:eastAsia="ＭＳ ゴシック" w:hAnsi="ＭＳ ゴシック" w:hint="eastAsia"/>
              <w:sz w:val="24"/>
              <w:szCs w:val="24"/>
              <w:lang w:eastAsia="ja-JP"/>
            </w:rPr>
            <w:t>☐</w:t>
          </w:r>
        </w:sdtContent>
      </w:sdt>
      <w:r w:rsidR="0033100C" w:rsidRPr="00706C5D">
        <w:rPr>
          <w:rFonts w:ascii="BIZ UDゴシック" w:eastAsia="BIZ UDゴシック" w:hAnsi="BIZ UDゴシック"/>
          <w:sz w:val="24"/>
          <w:szCs w:val="24"/>
          <w:lang w:eastAsia="ja-JP"/>
        </w:rPr>
        <w:t xml:space="preserve"> 会社案内・パンフレット等</w:t>
      </w:r>
      <w:r w:rsidR="00876E40" w:rsidRPr="00706C5D">
        <w:rPr>
          <w:rFonts w:ascii="BIZ UDゴシック" w:eastAsia="BIZ UDゴシック" w:hAnsi="BIZ UDゴシック" w:hint="eastAsia"/>
          <w:b/>
          <w:sz w:val="24"/>
          <w:szCs w:val="24"/>
          <w:lang w:eastAsia="ja-JP"/>
        </w:rPr>
        <w:t>【必須】</w:t>
      </w:r>
    </w:p>
    <w:p w14:paraId="7DC8CF64" w14:textId="212FB078" w:rsidR="00947B11" w:rsidRPr="00915EEA" w:rsidRDefault="00941523" w:rsidP="00AB6CEB">
      <w:pPr>
        <w:adjustRightInd w:val="0"/>
        <w:snapToGrid w:val="0"/>
        <w:spacing w:after="0" w:line="240" w:lineRule="exact"/>
        <w:ind w:firstLineChars="100" w:firstLine="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668799472"/>
          <w14:checkbox>
            <w14:checked w14:val="0"/>
            <w14:checkedState w14:val="00FE" w14:font="Wingdings"/>
            <w14:uncheckedState w14:val="2610" w14:font="ＭＳ ゴシック"/>
          </w14:checkbox>
        </w:sdtPr>
        <w:sdtEndPr/>
        <w:sdtContent>
          <w:r w:rsidR="0033100C" w:rsidRPr="00706C5D">
            <w:rPr>
              <w:rFonts w:ascii="ＭＳ ゴシック" w:eastAsia="ＭＳ ゴシック" w:hAnsi="ＭＳ ゴシック" w:hint="eastAsia"/>
              <w:sz w:val="24"/>
              <w:szCs w:val="24"/>
              <w:lang w:eastAsia="ja-JP"/>
            </w:rPr>
            <w:t>☐</w:t>
          </w:r>
        </w:sdtContent>
      </w:sdt>
      <w:r w:rsidR="0033100C" w:rsidRPr="00706C5D">
        <w:rPr>
          <w:rFonts w:ascii="BIZ UDゴシック" w:eastAsia="BIZ UDゴシック" w:hAnsi="BIZ UDゴシック"/>
          <w:sz w:val="24"/>
          <w:szCs w:val="24"/>
          <w:lang w:eastAsia="ja-JP"/>
        </w:rPr>
        <w:t xml:space="preserve"> </w:t>
      </w:r>
      <w:r w:rsidR="00472B97" w:rsidRPr="00472B97">
        <w:rPr>
          <w:rFonts w:ascii="BIZ UDゴシック" w:eastAsia="BIZ UDゴシック" w:hAnsi="BIZ UDゴシック" w:hint="eastAsia"/>
          <w:sz w:val="24"/>
          <w:szCs w:val="24"/>
          <w:lang w:eastAsia="ja-JP"/>
        </w:rPr>
        <w:t>応募内容を補足する資料</w:t>
      </w:r>
      <w:r w:rsidR="00472B97">
        <w:rPr>
          <w:rFonts w:ascii="BIZ UDゴシック" w:eastAsia="BIZ UDゴシック" w:hAnsi="BIZ UDゴシック" w:hint="eastAsia"/>
          <w:sz w:val="24"/>
          <w:szCs w:val="24"/>
          <w:lang w:eastAsia="ja-JP"/>
        </w:rPr>
        <w:t>(</w:t>
      </w:r>
      <w:r w:rsidR="00472B97" w:rsidRPr="00472B97">
        <w:rPr>
          <w:rFonts w:ascii="BIZ UDゴシック" w:eastAsia="BIZ UDゴシック" w:hAnsi="BIZ UDゴシック" w:hint="eastAsia"/>
          <w:sz w:val="24"/>
          <w:szCs w:val="24"/>
          <w:lang w:eastAsia="ja-JP"/>
        </w:rPr>
        <w:t>投資計画、事業計画書、製品・技術資料等</w:t>
      </w:r>
      <w:r w:rsidR="00472B97">
        <w:rPr>
          <w:rFonts w:ascii="BIZ UDゴシック" w:eastAsia="BIZ UDゴシック" w:hAnsi="BIZ UDゴシック" w:hint="eastAsia"/>
          <w:sz w:val="24"/>
          <w:szCs w:val="24"/>
          <w:lang w:eastAsia="ja-JP"/>
        </w:rPr>
        <w:t>)</w:t>
      </w:r>
      <w:r w:rsidR="00876E40" w:rsidRPr="00876E40">
        <w:rPr>
          <w:rFonts w:ascii="BIZ UDゴシック" w:eastAsia="BIZ UDゴシック" w:hAnsi="BIZ UDゴシック" w:hint="eastAsia"/>
          <w:b/>
          <w:sz w:val="24"/>
          <w:szCs w:val="24"/>
          <w:lang w:eastAsia="ja-JP"/>
        </w:rPr>
        <w:t xml:space="preserve"> </w:t>
      </w:r>
      <w:r w:rsidR="00876E40" w:rsidRPr="00706C5D">
        <w:rPr>
          <w:rFonts w:ascii="BIZ UDゴシック" w:eastAsia="BIZ UDゴシック" w:hAnsi="BIZ UDゴシック" w:hint="eastAsia"/>
          <w:b/>
          <w:sz w:val="24"/>
          <w:szCs w:val="24"/>
          <w:lang w:eastAsia="ja-JP"/>
        </w:rPr>
        <w:t>【必須】</w:t>
      </w:r>
    </w:p>
    <w:sectPr w:rsidR="00947B11" w:rsidRPr="00915EEA" w:rsidSect="00AB6CEB">
      <w:footerReference w:type="default" r:id="rId8"/>
      <w:pgSz w:w="11907" w:h="16840" w:code="9"/>
      <w:pgMar w:top="851" w:right="1134" w:bottom="851" w:left="1134" w:header="720"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F66D4" w14:textId="77777777" w:rsidR="00716756" w:rsidRDefault="00716756" w:rsidP="00BA18D9">
      <w:pPr>
        <w:spacing w:after="0" w:line="240" w:lineRule="auto"/>
      </w:pPr>
      <w:r>
        <w:separator/>
      </w:r>
    </w:p>
  </w:endnote>
  <w:endnote w:type="continuationSeparator" w:id="0">
    <w:p w14:paraId="59A343A1" w14:textId="77777777" w:rsidR="00716756" w:rsidRDefault="00716756" w:rsidP="00BA1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erif CJK JP">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676578"/>
      <w:docPartObj>
        <w:docPartGallery w:val="Page Numbers (Bottom of Page)"/>
        <w:docPartUnique/>
      </w:docPartObj>
    </w:sdtPr>
    <w:sdtEndPr/>
    <w:sdtContent>
      <w:p w14:paraId="3A0F89EE" w14:textId="06167D26" w:rsidR="00CF278E" w:rsidRPr="007C73CB" w:rsidRDefault="00CF278E" w:rsidP="007C73CB">
        <w:pPr>
          <w:pStyle w:val="a7"/>
          <w:jc w:val="center"/>
        </w:pPr>
        <w:r w:rsidRPr="004F2759">
          <w:rPr>
            <w:rFonts w:ascii="BIZ UDゴシック" w:eastAsia="BIZ UDゴシック" w:hAnsi="BIZ UDゴシック"/>
          </w:rPr>
          <w:fldChar w:fldCharType="begin"/>
        </w:r>
        <w:r w:rsidRPr="004F2759">
          <w:rPr>
            <w:rFonts w:ascii="BIZ UDゴシック" w:eastAsia="BIZ UDゴシック" w:hAnsi="BIZ UDゴシック"/>
          </w:rPr>
          <w:instrText>PAGE   \* MERGEFORMAT</w:instrText>
        </w:r>
        <w:r w:rsidRPr="004F2759">
          <w:rPr>
            <w:rFonts w:ascii="BIZ UDゴシック" w:eastAsia="BIZ UDゴシック" w:hAnsi="BIZ UDゴシック"/>
          </w:rPr>
          <w:fldChar w:fldCharType="separate"/>
        </w:r>
        <w:r w:rsidRPr="004F2759">
          <w:rPr>
            <w:rFonts w:ascii="BIZ UDゴシック" w:eastAsia="BIZ UDゴシック" w:hAnsi="BIZ UDゴシック"/>
            <w:lang w:val="ja-JP" w:eastAsia="ja-JP"/>
          </w:rPr>
          <w:t>2</w:t>
        </w:r>
        <w:r w:rsidRPr="004F2759">
          <w:rPr>
            <w:rFonts w:ascii="BIZ UDゴシック" w:eastAsia="BIZ UDゴシック" w:hAnsi="BIZ UD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F2517" w14:textId="77777777" w:rsidR="00716756" w:rsidRDefault="00716756" w:rsidP="00BA18D9">
      <w:pPr>
        <w:spacing w:after="0" w:line="240" w:lineRule="auto"/>
      </w:pPr>
      <w:r>
        <w:separator/>
      </w:r>
    </w:p>
  </w:footnote>
  <w:footnote w:type="continuationSeparator" w:id="0">
    <w:p w14:paraId="1604DBC2" w14:textId="77777777" w:rsidR="00716756" w:rsidRDefault="00716756" w:rsidP="00BA18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3C815BD6"/>
    <w:multiLevelType w:val="hybridMultilevel"/>
    <w:tmpl w:val="CE46D892"/>
    <w:lvl w:ilvl="0" w:tplc="AD96E96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26639017">
    <w:abstractNumId w:val="8"/>
  </w:num>
  <w:num w:numId="2" w16cid:durableId="234779088">
    <w:abstractNumId w:val="6"/>
  </w:num>
  <w:num w:numId="3" w16cid:durableId="1049454220">
    <w:abstractNumId w:val="5"/>
  </w:num>
  <w:num w:numId="4" w16cid:durableId="611790155">
    <w:abstractNumId w:val="4"/>
  </w:num>
  <w:num w:numId="5" w16cid:durableId="1597591891">
    <w:abstractNumId w:val="7"/>
  </w:num>
  <w:num w:numId="6" w16cid:durableId="1861502557">
    <w:abstractNumId w:val="3"/>
  </w:num>
  <w:num w:numId="7" w16cid:durableId="164251419">
    <w:abstractNumId w:val="2"/>
  </w:num>
  <w:num w:numId="8" w16cid:durableId="346904006">
    <w:abstractNumId w:val="1"/>
  </w:num>
  <w:num w:numId="9" w16cid:durableId="92675723">
    <w:abstractNumId w:val="0"/>
  </w:num>
  <w:num w:numId="10" w16cid:durableId="2571817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B8D"/>
    <w:rsid w:val="00034616"/>
    <w:rsid w:val="00046E11"/>
    <w:rsid w:val="0006063C"/>
    <w:rsid w:val="000D3FC0"/>
    <w:rsid w:val="000F0174"/>
    <w:rsid w:val="0015074B"/>
    <w:rsid w:val="00187D09"/>
    <w:rsid w:val="0024350E"/>
    <w:rsid w:val="00263E97"/>
    <w:rsid w:val="0029639D"/>
    <w:rsid w:val="002A2C99"/>
    <w:rsid w:val="002C423B"/>
    <w:rsid w:val="002F4D5D"/>
    <w:rsid w:val="0030180B"/>
    <w:rsid w:val="003162C7"/>
    <w:rsid w:val="00326F90"/>
    <w:rsid w:val="00330D11"/>
    <w:rsid w:val="0033100C"/>
    <w:rsid w:val="00333B79"/>
    <w:rsid w:val="003A312E"/>
    <w:rsid w:val="003D5A32"/>
    <w:rsid w:val="00406EC8"/>
    <w:rsid w:val="0041477B"/>
    <w:rsid w:val="004541B6"/>
    <w:rsid w:val="00472B97"/>
    <w:rsid w:val="004B30FA"/>
    <w:rsid w:val="004E3CDF"/>
    <w:rsid w:val="004F2759"/>
    <w:rsid w:val="00590D90"/>
    <w:rsid w:val="00591901"/>
    <w:rsid w:val="005B0BC7"/>
    <w:rsid w:val="005C7E69"/>
    <w:rsid w:val="005D1DDF"/>
    <w:rsid w:val="005E5730"/>
    <w:rsid w:val="00656245"/>
    <w:rsid w:val="0067687E"/>
    <w:rsid w:val="00696CFB"/>
    <w:rsid w:val="006A5D61"/>
    <w:rsid w:val="006F4723"/>
    <w:rsid w:val="006F7D80"/>
    <w:rsid w:val="00706C5D"/>
    <w:rsid w:val="00715220"/>
    <w:rsid w:val="007163F0"/>
    <w:rsid w:val="00716756"/>
    <w:rsid w:val="0075322A"/>
    <w:rsid w:val="007822A9"/>
    <w:rsid w:val="007C511C"/>
    <w:rsid w:val="007C73CB"/>
    <w:rsid w:val="00874B23"/>
    <w:rsid w:val="00876E40"/>
    <w:rsid w:val="008A19DD"/>
    <w:rsid w:val="008D36E7"/>
    <w:rsid w:val="008F08F2"/>
    <w:rsid w:val="00915EEA"/>
    <w:rsid w:val="00941523"/>
    <w:rsid w:val="00947B11"/>
    <w:rsid w:val="009B1084"/>
    <w:rsid w:val="009B4647"/>
    <w:rsid w:val="009D5A86"/>
    <w:rsid w:val="009F1224"/>
    <w:rsid w:val="00A23F50"/>
    <w:rsid w:val="00A27963"/>
    <w:rsid w:val="00A94C4C"/>
    <w:rsid w:val="00AA1D8D"/>
    <w:rsid w:val="00AB4B92"/>
    <w:rsid w:val="00AB6CEB"/>
    <w:rsid w:val="00AD6D9D"/>
    <w:rsid w:val="00B47730"/>
    <w:rsid w:val="00B92717"/>
    <w:rsid w:val="00BA18D9"/>
    <w:rsid w:val="00C30981"/>
    <w:rsid w:val="00C4317D"/>
    <w:rsid w:val="00CB0664"/>
    <w:rsid w:val="00CF278E"/>
    <w:rsid w:val="00D63A04"/>
    <w:rsid w:val="00DD5602"/>
    <w:rsid w:val="00E754CC"/>
    <w:rsid w:val="00EA7DBE"/>
    <w:rsid w:val="00FB1A27"/>
    <w:rsid w:val="00FC693F"/>
    <w:rsid w:val="00FE7A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8386B7C"/>
  <w14:defaultImageDpi w14:val="330"/>
  <w15:docId w15:val="{B9DAE7CD-1390-417B-9BC8-6A0368677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Noto Serif CJK JP" w:eastAsia="Noto Serif CJK JP" w:hAnsi="Noto Serif CJK JP"/>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Revision"/>
    <w:hidden/>
    <w:uiPriority w:val="99"/>
    <w:semiHidden/>
    <w:rsid w:val="00330D11"/>
    <w:pPr>
      <w:spacing w:after="0" w:line="240" w:lineRule="auto"/>
    </w:pPr>
    <w:rPr>
      <w:rFonts w:ascii="Noto Serif CJK JP" w:eastAsia="Noto Serif CJK JP" w:hAnsi="Noto Serif CJK JP"/>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395</Words>
  <Characters>2257</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kato</dc:creator>
  <cp:keywords/>
  <cp:lastModifiedBy>佐々木亮一</cp:lastModifiedBy>
  <cp:revision>4</cp:revision>
  <cp:lastPrinted>2026-07-21T12:13:00Z</cp:lastPrinted>
  <dcterms:created xsi:type="dcterms:W3CDTF">2026-08-17T05:15:00Z</dcterms:created>
  <dcterms:modified xsi:type="dcterms:W3CDTF">2026-08-17T07:04:00Z</dcterms:modified>
  <cp:category/>
</cp:coreProperties>
</file>